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4AD341" w14:textId="5D4F7A61" w:rsidR="005C383E" w:rsidRPr="00735404" w:rsidRDefault="00000000">
      <w:pPr>
        <w:spacing w:after="160"/>
        <w:jc w:val="center"/>
        <w:rPr>
          <w:lang w:val="ru-RU"/>
        </w:rPr>
      </w:pPr>
      <w:r w:rsidRPr="00735404">
        <w:rPr>
          <w:b/>
          <w:sz w:val="22"/>
          <w:lang w:val="ru-RU"/>
        </w:rPr>
        <w:t>График консультаций преподавателей кафедры энергоэффективных и ресурсосберегающих промышленных технологий для ликвидации академических задолженностей</w:t>
      </w:r>
      <w:r w:rsidRPr="00735404">
        <w:rPr>
          <w:b/>
          <w:sz w:val="22"/>
          <w:lang w:val="ru-RU"/>
        </w:rPr>
        <w:br/>
        <w:t>по дисциплинам 2025/2026 учебного года в период с 01.10.2026 по 30.11.2026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11"/>
        <w:gridCol w:w="2157"/>
        <w:gridCol w:w="1449"/>
        <w:gridCol w:w="1180"/>
        <w:gridCol w:w="1326"/>
        <w:gridCol w:w="6914"/>
      </w:tblGrid>
      <w:tr w:rsidR="005C383E" w14:paraId="57D52C27" w14:textId="77777777" w:rsidTr="005C1A83">
        <w:trPr>
          <w:cantSplit/>
          <w:tblHeader/>
          <w:jc w:val="center"/>
        </w:trPr>
        <w:tc>
          <w:tcPr>
            <w:tcW w:w="1711" w:type="dxa"/>
            <w:shd w:val="clear" w:color="auto" w:fill="D9EAF7"/>
            <w:vAlign w:val="center"/>
          </w:tcPr>
          <w:p w14:paraId="23975CBA" w14:textId="77777777" w:rsidR="005C383E" w:rsidRDefault="00000000">
            <w:pPr>
              <w:jc w:val="center"/>
            </w:pPr>
            <w:r>
              <w:rPr>
                <w:b/>
                <w:sz w:val="18"/>
              </w:rPr>
              <w:t xml:space="preserve">ФИО </w:t>
            </w:r>
            <w:proofErr w:type="spellStart"/>
            <w:r>
              <w:rPr>
                <w:b/>
                <w:sz w:val="18"/>
              </w:rPr>
              <w:t>преподавателя</w:t>
            </w:r>
            <w:proofErr w:type="spellEnd"/>
          </w:p>
        </w:tc>
        <w:tc>
          <w:tcPr>
            <w:tcW w:w="2157" w:type="dxa"/>
            <w:shd w:val="clear" w:color="auto" w:fill="D9EAF7"/>
            <w:vAlign w:val="center"/>
          </w:tcPr>
          <w:p w14:paraId="00CD05A5" w14:textId="77777777" w:rsidR="005C383E" w:rsidRDefault="00000000">
            <w:pPr>
              <w:jc w:val="center"/>
            </w:pPr>
            <w:r>
              <w:rPr>
                <w:b/>
                <w:sz w:val="18"/>
              </w:rPr>
              <w:t>E-mail</w:t>
            </w:r>
          </w:p>
        </w:tc>
        <w:tc>
          <w:tcPr>
            <w:tcW w:w="1449" w:type="dxa"/>
            <w:shd w:val="clear" w:color="auto" w:fill="D9EAF7"/>
            <w:vAlign w:val="center"/>
          </w:tcPr>
          <w:p w14:paraId="545E35A6" w14:textId="77777777" w:rsidR="005C383E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День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недели</w:t>
            </w:r>
            <w:proofErr w:type="spellEnd"/>
          </w:p>
        </w:tc>
        <w:tc>
          <w:tcPr>
            <w:tcW w:w="1180" w:type="dxa"/>
            <w:shd w:val="clear" w:color="auto" w:fill="D9EAF7"/>
            <w:vAlign w:val="center"/>
          </w:tcPr>
          <w:p w14:paraId="3D3D0FAD" w14:textId="77777777" w:rsidR="005C383E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Время</w:t>
            </w:r>
            <w:proofErr w:type="spellEnd"/>
          </w:p>
        </w:tc>
        <w:tc>
          <w:tcPr>
            <w:tcW w:w="1326" w:type="dxa"/>
            <w:shd w:val="clear" w:color="auto" w:fill="D9EAF7"/>
            <w:vAlign w:val="center"/>
          </w:tcPr>
          <w:p w14:paraId="6A8F3424" w14:textId="77777777" w:rsidR="005C383E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Место</w:t>
            </w:r>
            <w:proofErr w:type="spellEnd"/>
          </w:p>
        </w:tc>
        <w:tc>
          <w:tcPr>
            <w:tcW w:w="6914" w:type="dxa"/>
            <w:shd w:val="clear" w:color="auto" w:fill="D9EAF7"/>
            <w:vAlign w:val="center"/>
          </w:tcPr>
          <w:p w14:paraId="12D0302F" w14:textId="77777777" w:rsidR="005C383E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Примечание</w:t>
            </w:r>
            <w:proofErr w:type="spellEnd"/>
          </w:p>
        </w:tc>
      </w:tr>
      <w:tr w:rsidR="005C383E" w:rsidRPr="0093758E" w14:paraId="5154E46F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280BAD09" w14:textId="77777777" w:rsidR="005C383E" w:rsidRDefault="00000000">
            <w:proofErr w:type="spellStart"/>
            <w:r>
              <w:rPr>
                <w:sz w:val="18"/>
              </w:rPr>
              <w:t>Травянов</w:t>
            </w:r>
            <w:proofErr w:type="spellEnd"/>
            <w:r>
              <w:rPr>
                <w:sz w:val="18"/>
              </w:rPr>
              <w:t xml:space="preserve"> А.Я.</w:t>
            </w:r>
          </w:p>
        </w:tc>
        <w:tc>
          <w:tcPr>
            <w:tcW w:w="2157" w:type="dxa"/>
            <w:vAlign w:val="center"/>
          </w:tcPr>
          <w:p w14:paraId="62F9F614" w14:textId="5237C398" w:rsidR="005C383E" w:rsidRPr="00D26120" w:rsidRDefault="00D26120">
            <w:r>
              <w:t>trav@misis.ru</w:t>
            </w:r>
          </w:p>
        </w:tc>
        <w:tc>
          <w:tcPr>
            <w:tcW w:w="1449" w:type="dxa"/>
            <w:vAlign w:val="center"/>
          </w:tcPr>
          <w:p w14:paraId="56C21196" w14:textId="77777777" w:rsidR="007C65F3" w:rsidRDefault="00000000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Понедельник</w:t>
            </w:r>
          </w:p>
          <w:p w14:paraId="6DCD28AC" w14:textId="77777777" w:rsidR="007C65F3" w:rsidRDefault="007C65F3">
            <w:pPr>
              <w:jc w:val="center"/>
              <w:rPr>
                <w:sz w:val="18"/>
                <w:lang w:val="ru-RU"/>
              </w:rPr>
            </w:pPr>
          </w:p>
          <w:p w14:paraId="2A6245DE" w14:textId="3D93E536" w:rsidR="005C383E" w:rsidRDefault="00000000">
            <w:pPr>
              <w:jc w:val="center"/>
            </w:pP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Вторник</w:t>
            </w:r>
            <w:proofErr w:type="spellEnd"/>
          </w:p>
        </w:tc>
        <w:tc>
          <w:tcPr>
            <w:tcW w:w="1180" w:type="dxa"/>
            <w:vAlign w:val="center"/>
          </w:tcPr>
          <w:p w14:paraId="4B029827" w14:textId="77777777" w:rsidR="007C65F3" w:rsidRDefault="00000000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16:20–19:25</w:t>
            </w:r>
          </w:p>
          <w:p w14:paraId="171F1F02" w14:textId="6E298C91" w:rsidR="005C383E" w:rsidRDefault="00000000">
            <w:pPr>
              <w:jc w:val="center"/>
            </w:pPr>
            <w:r>
              <w:rPr>
                <w:sz w:val="18"/>
              </w:rPr>
              <w:br/>
              <w:t>16:00–17:00</w:t>
            </w:r>
          </w:p>
        </w:tc>
        <w:tc>
          <w:tcPr>
            <w:tcW w:w="1326" w:type="dxa"/>
            <w:vAlign w:val="center"/>
          </w:tcPr>
          <w:p w14:paraId="3D7450BD" w14:textId="77777777" w:rsidR="007C65F3" w:rsidRDefault="00000000">
            <w:pPr>
              <w:jc w:val="center"/>
              <w:rPr>
                <w:sz w:val="18"/>
                <w:lang w:val="ru-RU"/>
              </w:rPr>
            </w:pPr>
            <w:proofErr w:type="spellStart"/>
            <w:r>
              <w:rPr>
                <w:sz w:val="18"/>
              </w:rPr>
              <w:t>МТСЛинк</w:t>
            </w:r>
            <w:proofErr w:type="spellEnd"/>
          </w:p>
          <w:p w14:paraId="1FF53C89" w14:textId="729E4970" w:rsidR="005C383E" w:rsidRDefault="00000000">
            <w:pPr>
              <w:jc w:val="center"/>
            </w:pPr>
            <w:r>
              <w:rPr>
                <w:sz w:val="18"/>
              </w:rPr>
              <w:br/>
              <w:t>А-502</w:t>
            </w:r>
          </w:p>
        </w:tc>
        <w:tc>
          <w:tcPr>
            <w:tcW w:w="6914" w:type="dxa"/>
            <w:vAlign w:val="center"/>
          </w:tcPr>
          <w:p w14:paraId="120E7633" w14:textId="77777777" w:rsidR="005C383E" w:rsidRPr="0093758E" w:rsidRDefault="00000000">
            <w:pPr>
              <w:rPr>
                <w:sz w:val="18"/>
                <w:lang w:val="ru-RU"/>
              </w:rPr>
            </w:pPr>
            <w:r w:rsidRPr="00735404">
              <w:rPr>
                <w:sz w:val="18"/>
                <w:lang w:val="ru-RU"/>
              </w:rPr>
              <w:t xml:space="preserve">Для консультации в </w:t>
            </w:r>
            <w:proofErr w:type="spellStart"/>
            <w:r w:rsidRPr="00735404">
              <w:rPr>
                <w:sz w:val="18"/>
                <w:lang w:val="ru-RU"/>
              </w:rPr>
              <w:t>МТСЛинк</w:t>
            </w:r>
            <w:proofErr w:type="spellEnd"/>
            <w:r w:rsidRPr="00735404">
              <w:rPr>
                <w:sz w:val="18"/>
                <w:lang w:val="ru-RU"/>
              </w:rPr>
              <w:t xml:space="preserve"> ссылка запрашивается обучающимся за день до консультации по электронной почте.</w:t>
            </w:r>
          </w:p>
          <w:p w14:paraId="5A5B7D26" w14:textId="77777777" w:rsidR="007C65F3" w:rsidRPr="0093758E" w:rsidRDefault="007C65F3">
            <w:pPr>
              <w:rPr>
                <w:sz w:val="18"/>
                <w:lang w:val="ru-RU"/>
              </w:rPr>
            </w:pPr>
          </w:p>
          <w:p w14:paraId="713DC4C7" w14:textId="77777777" w:rsidR="007C65F3" w:rsidRPr="007C65F3" w:rsidRDefault="007C65F3" w:rsidP="007C65F3">
            <w:pPr>
              <w:rPr>
                <w:lang w:val="ru-RU"/>
              </w:rPr>
            </w:pPr>
            <w:r>
              <w:rPr>
                <w:lang w:val="ru-RU"/>
              </w:rPr>
              <w:t xml:space="preserve">По дисциплине </w:t>
            </w:r>
            <w:r w:rsidRPr="007C65F3">
              <w:rPr>
                <w:lang w:val="ru-RU"/>
              </w:rPr>
              <w:t>Инженерные расчеты в металлургии</w:t>
            </w:r>
            <w:r>
              <w:rPr>
                <w:lang w:val="ru-RU"/>
              </w:rPr>
              <w:t xml:space="preserve"> для </w:t>
            </w:r>
            <w:r w:rsidRPr="007C65F3">
              <w:rPr>
                <w:lang w:val="ru-RU"/>
              </w:rPr>
              <w:t>БМТ-23-6-РТ</w:t>
            </w:r>
            <w:r>
              <w:rPr>
                <w:lang w:val="ru-RU"/>
              </w:rPr>
              <w:t xml:space="preserve"> необходимо сдать все промежуточные задания для получения итогового зачета с оценкой до 26.11.2026</w:t>
            </w:r>
          </w:p>
          <w:p w14:paraId="02DCF0AD" w14:textId="69B30BE3" w:rsidR="007C65F3" w:rsidRPr="007C65F3" w:rsidRDefault="007C65F3" w:rsidP="007C65F3">
            <w:pPr>
              <w:rPr>
                <w:lang w:val="ru-RU"/>
              </w:rPr>
            </w:pPr>
          </w:p>
          <w:p w14:paraId="1E201F13" w14:textId="77777777" w:rsidR="007C65F3" w:rsidRPr="007C65F3" w:rsidRDefault="007C65F3">
            <w:pPr>
              <w:rPr>
                <w:lang w:val="ru-RU"/>
              </w:rPr>
            </w:pPr>
          </w:p>
        </w:tc>
      </w:tr>
      <w:tr w:rsidR="005C383E" w14:paraId="52E53F08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2DCD6A8E" w14:textId="77777777" w:rsidR="005C1A83" w:rsidRDefault="005C1A83">
            <w:pPr>
              <w:rPr>
                <w:sz w:val="18"/>
                <w:lang w:val="ru-RU"/>
              </w:rPr>
            </w:pPr>
          </w:p>
          <w:p w14:paraId="148D3EBA" w14:textId="09AC3081" w:rsidR="005C383E" w:rsidRDefault="00000000">
            <w:pPr>
              <w:rPr>
                <w:sz w:val="18"/>
                <w:lang w:val="ru-RU"/>
              </w:rPr>
            </w:pPr>
            <w:proofErr w:type="spellStart"/>
            <w:r>
              <w:rPr>
                <w:sz w:val="18"/>
              </w:rPr>
              <w:t>Голубев</w:t>
            </w:r>
            <w:proofErr w:type="spellEnd"/>
            <w:r>
              <w:rPr>
                <w:sz w:val="18"/>
              </w:rPr>
              <w:t xml:space="preserve"> О.В.</w:t>
            </w:r>
          </w:p>
          <w:p w14:paraId="40CC4992" w14:textId="77777777" w:rsidR="005C1A83" w:rsidRPr="005C1A83" w:rsidRDefault="005C1A83">
            <w:pPr>
              <w:rPr>
                <w:lang w:val="ru-RU"/>
              </w:rPr>
            </w:pPr>
          </w:p>
        </w:tc>
        <w:tc>
          <w:tcPr>
            <w:tcW w:w="2157" w:type="dxa"/>
            <w:vAlign w:val="center"/>
          </w:tcPr>
          <w:p w14:paraId="782F384F" w14:textId="031CCBAD" w:rsidR="005C383E" w:rsidRDefault="005C383E"/>
        </w:tc>
        <w:tc>
          <w:tcPr>
            <w:tcW w:w="1449" w:type="dxa"/>
            <w:vAlign w:val="center"/>
          </w:tcPr>
          <w:p w14:paraId="46901979" w14:textId="77777777" w:rsidR="005C383E" w:rsidRDefault="00000000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180" w:type="dxa"/>
            <w:vAlign w:val="center"/>
          </w:tcPr>
          <w:p w14:paraId="212E0AA7" w14:textId="77777777" w:rsidR="005C383E" w:rsidRDefault="00000000">
            <w:pPr>
              <w:jc w:val="center"/>
            </w:pPr>
            <w:r>
              <w:rPr>
                <w:sz w:val="18"/>
              </w:rPr>
              <w:t>18:30–21:00</w:t>
            </w:r>
          </w:p>
        </w:tc>
        <w:tc>
          <w:tcPr>
            <w:tcW w:w="1326" w:type="dxa"/>
            <w:vAlign w:val="center"/>
          </w:tcPr>
          <w:p w14:paraId="7E5B7E62" w14:textId="77777777" w:rsidR="005C383E" w:rsidRDefault="00000000">
            <w:pPr>
              <w:jc w:val="center"/>
            </w:pPr>
            <w:r>
              <w:rPr>
                <w:sz w:val="18"/>
              </w:rPr>
              <w:t>А-404</w:t>
            </w:r>
          </w:p>
        </w:tc>
        <w:tc>
          <w:tcPr>
            <w:tcW w:w="6914" w:type="dxa"/>
            <w:vAlign w:val="center"/>
          </w:tcPr>
          <w:p w14:paraId="170C6E04" w14:textId="59F95921" w:rsidR="005C383E" w:rsidRPr="00D26120" w:rsidRDefault="005C383E">
            <w:pPr>
              <w:rPr>
                <w:lang w:val="ru-RU"/>
              </w:rPr>
            </w:pPr>
          </w:p>
        </w:tc>
      </w:tr>
      <w:tr w:rsidR="005C383E" w:rsidRPr="0093758E" w14:paraId="3C36FCEE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3FAFFCDC" w14:textId="77777777" w:rsidR="005C383E" w:rsidRDefault="00000000">
            <w:proofErr w:type="spellStart"/>
            <w:r>
              <w:rPr>
                <w:sz w:val="18"/>
              </w:rPr>
              <w:t>Шатохин</w:t>
            </w:r>
            <w:proofErr w:type="spellEnd"/>
            <w:r>
              <w:rPr>
                <w:sz w:val="18"/>
              </w:rPr>
              <w:t xml:space="preserve"> К.С.</w:t>
            </w:r>
          </w:p>
        </w:tc>
        <w:tc>
          <w:tcPr>
            <w:tcW w:w="2157" w:type="dxa"/>
            <w:vAlign w:val="center"/>
          </w:tcPr>
          <w:p w14:paraId="5D844D6D" w14:textId="473D6BB8" w:rsidR="005C383E" w:rsidRDefault="00D26120">
            <w:r w:rsidRPr="00D26120">
              <w:t>shatohin_ks@mail.ru</w:t>
            </w:r>
          </w:p>
        </w:tc>
        <w:tc>
          <w:tcPr>
            <w:tcW w:w="1449" w:type="dxa"/>
            <w:vAlign w:val="center"/>
          </w:tcPr>
          <w:p w14:paraId="379B2FB5" w14:textId="3EA94318" w:rsidR="005C383E" w:rsidRPr="004E28CE" w:rsidRDefault="004E28CE">
            <w:pPr>
              <w:jc w:val="center"/>
              <w:rPr>
                <w:sz w:val="18"/>
              </w:rPr>
            </w:pPr>
            <w:proofErr w:type="spellStart"/>
            <w:r w:rsidRPr="004E28CE">
              <w:rPr>
                <w:sz w:val="18"/>
              </w:rPr>
              <w:t>Пятница</w:t>
            </w:r>
            <w:proofErr w:type="spellEnd"/>
            <w:r w:rsidRPr="004E28CE">
              <w:rPr>
                <w:sz w:val="18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5781F5D0" w14:textId="003F8621" w:rsidR="005C383E" w:rsidRPr="004E28CE" w:rsidRDefault="004E28CE">
            <w:pPr>
              <w:jc w:val="center"/>
              <w:rPr>
                <w:sz w:val="18"/>
              </w:rPr>
            </w:pPr>
            <w:r w:rsidRPr="004E28CE">
              <w:rPr>
                <w:sz w:val="18"/>
              </w:rPr>
              <w:t>16.20-17.55</w:t>
            </w:r>
          </w:p>
        </w:tc>
        <w:tc>
          <w:tcPr>
            <w:tcW w:w="1326" w:type="dxa"/>
            <w:vAlign w:val="center"/>
          </w:tcPr>
          <w:p w14:paraId="2FC01C35" w14:textId="7DC5EBED" w:rsidR="005C383E" w:rsidRPr="004E28CE" w:rsidRDefault="004E28CE">
            <w:pPr>
              <w:jc w:val="center"/>
              <w:rPr>
                <w:sz w:val="18"/>
                <w:lang w:val="ru-RU"/>
              </w:rPr>
            </w:pPr>
            <w:proofErr w:type="spellStart"/>
            <w:r>
              <w:rPr>
                <w:sz w:val="18"/>
                <w:lang w:val="ru-RU"/>
              </w:rPr>
              <w:t>МТСЛинк</w:t>
            </w:r>
            <w:proofErr w:type="spellEnd"/>
          </w:p>
        </w:tc>
        <w:tc>
          <w:tcPr>
            <w:tcW w:w="6914" w:type="dxa"/>
            <w:vAlign w:val="center"/>
          </w:tcPr>
          <w:p w14:paraId="00945F59" w14:textId="2EFEC0FB" w:rsidR="004E28CE" w:rsidRPr="004E28CE" w:rsidRDefault="004E28CE" w:rsidP="004E28CE">
            <w:pPr>
              <w:rPr>
                <w:sz w:val="18"/>
                <w:lang w:val="ru-RU"/>
              </w:rPr>
            </w:pPr>
            <w:r w:rsidRPr="004E28CE">
              <w:rPr>
                <w:sz w:val="18"/>
                <w:lang w:val="ru-RU"/>
              </w:rPr>
              <w:t>Доцент Шатохин проводит онлайн-консультации со студентами, имеющими академические задолженности</w:t>
            </w:r>
            <w:r>
              <w:rPr>
                <w:sz w:val="18"/>
                <w:lang w:val="ru-RU"/>
              </w:rPr>
              <w:t xml:space="preserve"> </w:t>
            </w:r>
            <w:r w:rsidRPr="004E28CE">
              <w:rPr>
                <w:sz w:val="18"/>
                <w:lang w:val="ru-RU"/>
              </w:rPr>
              <w:t>с помощью сервиса МТС Линк.</w:t>
            </w:r>
            <w:r w:rsidRPr="004E28CE">
              <w:rPr>
                <w:sz w:val="18"/>
                <w:lang w:val="ru-RU"/>
              </w:rPr>
              <w:br/>
            </w:r>
            <w:r>
              <w:rPr>
                <w:sz w:val="18"/>
                <w:lang w:val="ru-RU"/>
              </w:rPr>
              <w:t xml:space="preserve">Постоянная </w:t>
            </w:r>
            <w:r w:rsidRPr="004E28CE">
              <w:rPr>
                <w:sz w:val="18"/>
                <w:lang w:val="ru-RU"/>
              </w:rPr>
              <w:t>с</w:t>
            </w:r>
            <w:r>
              <w:rPr>
                <w:sz w:val="18"/>
                <w:lang w:val="ru-RU"/>
              </w:rPr>
              <w:t>с</w:t>
            </w:r>
            <w:r w:rsidRPr="004E28CE">
              <w:rPr>
                <w:sz w:val="18"/>
                <w:lang w:val="ru-RU"/>
              </w:rPr>
              <w:t>ылка для подключения:</w:t>
            </w:r>
            <w:r w:rsidRPr="004E28CE">
              <w:rPr>
                <w:sz w:val="18"/>
                <w:lang w:val="ru-RU"/>
              </w:rPr>
              <w:br/>
            </w:r>
            <w:r>
              <w:fldChar w:fldCharType="begin"/>
            </w:r>
            <w:r>
              <w:instrText>HYPERLINK</w:instrText>
            </w:r>
            <w:r w:rsidRPr="0093758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3758E">
              <w:rPr>
                <w:lang w:val="ru-RU"/>
              </w:rPr>
              <w:instrText>://</w:instrText>
            </w:r>
            <w:r>
              <w:instrText>my</w:instrText>
            </w:r>
            <w:r w:rsidRPr="0093758E">
              <w:rPr>
                <w:lang w:val="ru-RU"/>
              </w:rPr>
              <w:instrText>.</w:instrText>
            </w:r>
            <w:r>
              <w:instrText>mts</w:instrText>
            </w:r>
            <w:r w:rsidRPr="0093758E">
              <w:rPr>
                <w:lang w:val="ru-RU"/>
              </w:rPr>
              <w:instrText>-</w:instrText>
            </w:r>
            <w:r>
              <w:instrText>link</w:instrText>
            </w:r>
            <w:r w:rsidRPr="0093758E">
              <w:rPr>
                <w:lang w:val="ru-RU"/>
              </w:rPr>
              <w:instrText>.</w:instrText>
            </w:r>
            <w:r>
              <w:instrText>ru</w:instrText>
            </w:r>
            <w:r w:rsidRPr="0093758E">
              <w:rPr>
                <w:lang w:val="ru-RU"/>
              </w:rPr>
              <w:instrText>/</w:instrText>
            </w:r>
            <w:r>
              <w:instrText>j</w:instrText>
            </w:r>
            <w:r w:rsidRPr="0093758E">
              <w:rPr>
                <w:lang w:val="ru-RU"/>
              </w:rPr>
              <w:instrText>/168364616/24236344015"</w:instrText>
            </w:r>
            <w:r>
              <w:fldChar w:fldCharType="separate"/>
            </w:r>
            <w:r w:rsidRPr="004E28CE">
              <w:rPr>
                <w:rStyle w:val="aff8"/>
                <w:sz w:val="18"/>
                <w:lang w:val="ru-RU"/>
              </w:rPr>
              <w:t>https://my.mts-link.ru/j/168364616/24236344015</w:t>
            </w:r>
            <w:r>
              <w:fldChar w:fldCharType="end"/>
            </w:r>
          </w:p>
          <w:p w14:paraId="571A91E7" w14:textId="77777777" w:rsidR="004E28CE" w:rsidRDefault="004E28CE" w:rsidP="004E28CE">
            <w:pPr>
              <w:rPr>
                <w:sz w:val="18"/>
                <w:lang w:val="ru-RU"/>
              </w:rPr>
            </w:pPr>
          </w:p>
          <w:p w14:paraId="1A1D29A0" w14:textId="5983A5BC" w:rsidR="00CF26BB" w:rsidRPr="0093758E" w:rsidRDefault="00CF26BB" w:rsidP="00CF26BB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По дисциплине </w:t>
            </w:r>
            <w:r w:rsidRPr="00CF26BB">
              <w:rPr>
                <w:lang w:val="ru-RU"/>
              </w:rPr>
              <w:t>Методология научных исследований</w:t>
            </w:r>
            <w:r>
              <w:rPr>
                <w:lang w:val="ru-RU"/>
              </w:rPr>
              <w:t xml:space="preserve"> для группы </w:t>
            </w:r>
            <w:r w:rsidRPr="00CF26BB">
              <w:rPr>
                <w:lang w:val="ru-RU"/>
              </w:rPr>
              <w:t>ММТ-25-14</w:t>
            </w:r>
            <w:r w:rsidR="00060448">
              <w:rPr>
                <w:lang w:val="ru-RU"/>
              </w:rPr>
              <w:t xml:space="preserve"> необходимо сдать все промежуточные задания для получения итогового зачета с оценкой до 26.11.2026</w:t>
            </w:r>
          </w:p>
          <w:p w14:paraId="6B65B6B5" w14:textId="6BD293F2" w:rsidR="00CF26BB" w:rsidRPr="004E28CE" w:rsidRDefault="00CF26BB" w:rsidP="004E28CE">
            <w:pPr>
              <w:rPr>
                <w:sz w:val="18"/>
                <w:lang w:val="ru-RU"/>
              </w:rPr>
            </w:pPr>
          </w:p>
          <w:p w14:paraId="077694B0" w14:textId="77777777" w:rsidR="004E28CE" w:rsidRDefault="004E28CE" w:rsidP="004E28CE">
            <w:pPr>
              <w:rPr>
                <w:sz w:val="18"/>
                <w:lang w:val="ru-RU"/>
              </w:rPr>
            </w:pPr>
            <w:r w:rsidRPr="004E28CE">
              <w:rPr>
                <w:sz w:val="18"/>
                <w:lang w:val="ru-RU"/>
              </w:rPr>
              <w:t xml:space="preserve">По дисциплине "Теплофизика" для допуска к экзамену надо защитить лабораторные работы и сдать домашние задания! </w:t>
            </w:r>
          </w:p>
          <w:p w14:paraId="7806E974" w14:textId="17B8FE41" w:rsidR="005C383E" w:rsidRPr="004E28CE" w:rsidRDefault="004E28CE" w:rsidP="004E28CE">
            <w:pPr>
              <w:rPr>
                <w:sz w:val="18"/>
                <w:lang w:val="ru-RU"/>
              </w:rPr>
            </w:pPr>
            <w:r w:rsidRPr="004E28CE">
              <w:rPr>
                <w:sz w:val="18"/>
                <w:lang w:val="ru-RU"/>
              </w:rPr>
              <w:t>Задолженности сдаются преподавателям, которые вели лабораторные и практические занятия</w:t>
            </w:r>
          </w:p>
        </w:tc>
      </w:tr>
      <w:tr w:rsidR="00D26120" w:rsidRPr="0093758E" w14:paraId="2364BEE3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5B008AF0" w14:textId="77777777" w:rsidR="00D26120" w:rsidRDefault="00D26120" w:rsidP="00C0691E">
            <w:proofErr w:type="spellStart"/>
            <w:r>
              <w:rPr>
                <w:sz w:val="18"/>
              </w:rPr>
              <w:t>Чибизова</w:t>
            </w:r>
            <w:proofErr w:type="spellEnd"/>
            <w:r>
              <w:rPr>
                <w:sz w:val="18"/>
              </w:rPr>
              <w:t xml:space="preserve"> С.И.</w:t>
            </w:r>
          </w:p>
        </w:tc>
        <w:tc>
          <w:tcPr>
            <w:tcW w:w="2157" w:type="dxa"/>
            <w:vAlign w:val="center"/>
          </w:tcPr>
          <w:p w14:paraId="3EDEECCF" w14:textId="77777777" w:rsidR="00D26120" w:rsidRDefault="00D26120" w:rsidP="00C069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s.chibizova@misis.ru</w:t>
            </w:r>
          </w:p>
        </w:tc>
        <w:tc>
          <w:tcPr>
            <w:tcW w:w="1449" w:type="dxa"/>
            <w:vAlign w:val="center"/>
          </w:tcPr>
          <w:p w14:paraId="092F8FF4" w14:textId="77777777" w:rsidR="00D26120" w:rsidRDefault="00D26120" w:rsidP="00C0691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Понедельник</w:t>
            </w:r>
          </w:p>
          <w:p w14:paraId="00B23373" w14:textId="77777777" w:rsidR="00D26120" w:rsidRDefault="00D26120" w:rsidP="00C0691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Вторник</w:t>
            </w:r>
          </w:p>
        </w:tc>
        <w:tc>
          <w:tcPr>
            <w:tcW w:w="1180" w:type="dxa"/>
            <w:vAlign w:val="center"/>
          </w:tcPr>
          <w:p w14:paraId="4F6C71E8" w14:textId="77777777" w:rsidR="00D26120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12:00-15:00</w:t>
            </w:r>
          </w:p>
          <w:p w14:paraId="0E5AB4CA" w14:textId="77777777" w:rsidR="00D26120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14:00-17:00</w:t>
            </w:r>
          </w:p>
        </w:tc>
        <w:tc>
          <w:tcPr>
            <w:tcW w:w="1326" w:type="dxa"/>
            <w:vAlign w:val="center"/>
          </w:tcPr>
          <w:p w14:paraId="48D670B7" w14:textId="77777777" w:rsidR="00D26120" w:rsidRDefault="00D26120" w:rsidP="00C0691E">
            <w:pPr>
              <w:jc w:val="center"/>
              <w:rPr>
                <w:lang w:val="ru-RU"/>
              </w:rPr>
            </w:pPr>
            <w:proofErr w:type="spellStart"/>
            <w:r>
              <w:rPr>
                <w:sz w:val="18"/>
              </w:rPr>
              <w:t>МТСЛинк</w:t>
            </w:r>
            <w:proofErr w:type="spellEnd"/>
            <w:r>
              <w:rPr>
                <w:sz w:val="18"/>
              </w:rPr>
              <w:br/>
            </w:r>
            <w:r>
              <w:rPr>
                <w:sz w:val="18"/>
                <w:lang w:val="ru-RU"/>
              </w:rPr>
              <w:t>А-402</w:t>
            </w:r>
          </w:p>
        </w:tc>
        <w:tc>
          <w:tcPr>
            <w:tcW w:w="6914" w:type="dxa"/>
            <w:vAlign w:val="center"/>
          </w:tcPr>
          <w:p w14:paraId="65AEF352" w14:textId="77777777" w:rsidR="00D26120" w:rsidRDefault="00D26120" w:rsidP="00C0691E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Для консультации в </w:t>
            </w:r>
            <w:proofErr w:type="spellStart"/>
            <w:r>
              <w:rPr>
                <w:sz w:val="18"/>
                <w:lang w:val="ru-RU"/>
              </w:rPr>
              <w:t>МТСЛинк</w:t>
            </w:r>
            <w:proofErr w:type="spellEnd"/>
            <w:r>
              <w:rPr>
                <w:sz w:val="18"/>
                <w:lang w:val="ru-RU"/>
              </w:rPr>
              <w:t xml:space="preserve"> ссылка запрашивается обучающимся за день до консультации по электронной почте.</w:t>
            </w:r>
          </w:p>
          <w:p w14:paraId="03B97EA3" w14:textId="77777777" w:rsidR="00D26120" w:rsidRDefault="00D26120" w:rsidP="00C0691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По дисциплине «Методы экспериментального исследования технологических процессов» для допуска </w:t>
            </w:r>
            <w:proofErr w:type="gramStart"/>
            <w:r>
              <w:rPr>
                <w:sz w:val="18"/>
                <w:szCs w:val="18"/>
                <w:lang w:val="ru-RU"/>
              </w:rPr>
              <w:t>с экзамену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необходимо сдать все промежуточные работы и Курсовую работу в срок до 14.11.2026.</w:t>
            </w:r>
          </w:p>
          <w:p w14:paraId="7E3BF1A0" w14:textId="77777777" w:rsidR="00D26120" w:rsidRDefault="00D26120" w:rsidP="00C0691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 дисциплине «Информационные технологии» для допуска к экзамену нужно выполнить все практические задания, предусмотренные в курсе, в срок до 14.11.2026.</w:t>
            </w:r>
          </w:p>
          <w:p w14:paraId="5CB19317" w14:textId="77777777" w:rsidR="00D26120" w:rsidRDefault="00D26120" w:rsidP="00C0691E">
            <w:pPr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По дисциплине «Теплотехника» для допуска к экзамену должны быть сданы 2 теста </w:t>
            </w:r>
            <w:proofErr w:type="gramStart"/>
            <w:r>
              <w:rPr>
                <w:sz w:val="18"/>
                <w:szCs w:val="18"/>
                <w:lang w:val="ru-RU"/>
              </w:rPr>
              <w:t>в электроном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курсе </w:t>
            </w:r>
            <w:r>
              <w:rPr>
                <w:sz w:val="18"/>
                <w:szCs w:val="18"/>
              </w:rPr>
              <w:t>Moodle</w:t>
            </w:r>
            <w:r>
              <w:rPr>
                <w:sz w:val="18"/>
                <w:szCs w:val="18"/>
                <w:lang w:val="ru-RU"/>
              </w:rPr>
              <w:t>; выполнены все практические задания; защищены лабораторные работы в срок до 14.11.2026.</w:t>
            </w:r>
          </w:p>
        </w:tc>
      </w:tr>
      <w:tr w:rsidR="00735404" w:rsidRPr="0093758E" w14:paraId="3B276A2B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35FFDCDF" w14:textId="77777777" w:rsidR="00735404" w:rsidRDefault="00735404" w:rsidP="00735404">
            <w:proofErr w:type="spellStart"/>
            <w:r>
              <w:rPr>
                <w:sz w:val="18"/>
              </w:rPr>
              <w:t>Торохов</w:t>
            </w:r>
            <w:proofErr w:type="spellEnd"/>
            <w:r>
              <w:rPr>
                <w:sz w:val="18"/>
              </w:rPr>
              <w:t xml:space="preserve"> Г.В.</w:t>
            </w:r>
          </w:p>
        </w:tc>
        <w:tc>
          <w:tcPr>
            <w:tcW w:w="2157" w:type="dxa"/>
            <w:vAlign w:val="center"/>
          </w:tcPr>
          <w:p w14:paraId="33C92490" w14:textId="77777777" w:rsidR="00735404" w:rsidRDefault="00735404" w:rsidP="00735404">
            <w:r>
              <w:rPr>
                <w:sz w:val="18"/>
              </w:rPr>
              <w:t>torohov.gv@misis.ru</w:t>
            </w:r>
          </w:p>
        </w:tc>
        <w:tc>
          <w:tcPr>
            <w:tcW w:w="1449" w:type="dxa"/>
            <w:vAlign w:val="center"/>
          </w:tcPr>
          <w:p w14:paraId="468C8214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Понедельник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Четверг</w:t>
            </w:r>
            <w:proofErr w:type="spellEnd"/>
          </w:p>
        </w:tc>
        <w:tc>
          <w:tcPr>
            <w:tcW w:w="1180" w:type="dxa"/>
            <w:vAlign w:val="center"/>
          </w:tcPr>
          <w:p w14:paraId="176703F9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18:00–21:00</w:t>
            </w:r>
            <w:r>
              <w:rPr>
                <w:sz w:val="18"/>
              </w:rPr>
              <w:br/>
              <w:t>18:00–21:00</w:t>
            </w:r>
          </w:p>
        </w:tc>
        <w:tc>
          <w:tcPr>
            <w:tcW w:w="1326" w:type="dxa"/>
            <w:vAlign w:val="center"/>
          </w:tcPr>
          <w:p w14:paraId="66101E9A" w14:textId="77777777" w:rsidR="00735404" w:rsidRDefault="00735404" w:rsidP="00735404">
            <w:pPr>
              <w:jc w:val="center"/>
            </w:pPr>
            <w:proofErr w:type="spellStart"/>
            <w:r>
              <w:rPr>
                <w:sz w:val="18"/>
              </w:rPr>
              <w:t>МТСЛинк</w:t>
            </w:r>
            <w:proofErr w:type="spellEnd"/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МТСЛинк</w:t>
            </w:r>
            <w:proofErr w:type="spellEnd"/>
          </w:p>
        </w:tc>
        <w:tc>
          <w:tcPr>
            <w:tcW w:w="6914" w:type="dxa"/>
            <w:vAlign w:val="center"/>
          </w:tcPr>
          <w:p w14:paraId="1372EE2A" w14:textId="7687A260" w:rsidR="00735404" w:rsidRPr="00735404" w:rsidRDefault="00735404" w:rsidP="00735404">
            <w:pPr>
              <w:rPr>
                <w:lang w:val="ru-RU"/>
              </w:rPr>
            </w:pPr>
            <w:r w:rsidRPr="00735404">
              <w:rPr>
                <w:sz w:val="18"/>
                <w:lang w:val="ru-RU"/>
              </w:rPr>
              <w:t xml:space="preserve">Для консультации в </w:t>
            </w:r>
            <w:proofErr w:type="spellStart"/>
            <w:r w:rsidRPr="00735404">
              <w:rPr>
                <w:sz w:val="18"/>
                <w:lang w:val="ru-RU"/>
              </w:rPr>
              <w:t>МТСЛинк</w:t>
            </w:r>
            <w:proofErr w:type="spellEnd"/>
            <w:r w:rsidRPr="00735404">
              <w:rPr>
                <w:sz w:val="18"/>
                <w:lang w:val="ru-RU"/>
              </w:rPr>
              <w:t xml:space="preserve"> ссылка запрашивается обучающимся за день до консультации по электронной почте.</w:t>
            </w:r>
          </w:p>
        </w:tc>
      </w:tr>
      <w:tr w:rsidR="00735404" w:rsidRPr="0093758E" w14:paraId="06DCD6E0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7220D433" w14:textId="77777777" w:rsidR="00735404" w:rsidRDefault="00735404" w:rsidP="00735404">
            <w:r>
              <w:rPr>
                <w:sz w:val="18"/>
              </w:rPr>
              <w:t>Полулях Л.А.</w:t>
            </w:r>
          </w:p>
        </w:tc>
        <w:tc>
          <w:tcPr>
            <w:tcW w:w="2157" w:type="dxa"/>
            <w:vAlign w:val="center"/>
          </w:tcPr>
          <w:p w14:paraId="7079ADE6" w14:textId="77777777" w:rsidR="00735404" w:rsidRDefault="00735404" w:rsidP="00735404">
            <w:r>
              <w:rPr>
                <w:sz w:val="18"/>
              </w:rPr>
              <w:t>polulyah.la@misis.ru</w:t>
            </w:r>
          </w:p>
        </w:tc>
        <w:tc>
          <w:tcPr>
            <w:tcW w:w="1449" w:type="dxa"/>
            <w:vAlign w:val="center"/>
          </w:tcPr>
          <w:p w14:paraId="071136B0" w14:textId="6B00D562" w:rsidR="00735404" w:rsidRPr="00E93937" w:rsidRDefault="00735404" w:rsidP="00735404">
            <w:pPr>
              <w:jc w:val="center"/>
              <w:rPr>
                <w:lang w:val="ru-RU"/>
              </w:rPr>
            </w:pPr>
            <w:r w:rsidRPr="00E93937">
              <w:rPr>
                <w:sz w:val="18"/>
                <w:lang w:val="ru-RU"/>
              </w:rPr>
              <w:t>Понедельник</w:t>
            </w:r>
            <w:r w:rsidRPr="00E93937">
              <w:rPr>
                <w:sz w:val="18"/>
                <w:lang w:val="ru-RU"/>
              </w:rPr>
              <w:br/>
              <w:t>Среда</w:t>
            </w:r>
            <w:r w:rsidR="00E93937">
              <w:rPr>
                <w:sz w:val="18"/>
                <w:lang w:val="ru-RU"/>
              </w:rPr>
              <w:t xml:space="preserve"> (по верхним неделям)</w:t>
            </w:r>
            <w:r w:rsidRPr="00E93937">
              <w:rPr>
                <w:sz w:val="18"/>
                <w:lang w:val="ru-RU"/>
              </w:rPr>
              <w:br/>
              <w:t>Среда</w:t>
            </w:r>
            <w:r w:rsidR="00E93937">
              <w:rPr>
                <w:sz w:val="18"/>
                <w:lang w:val="ru-RU"/>
              </w:rPr>
              <w:t xml:space="preserve"> (по нижним неделям)</w:t>
            </w:r>
          </w:p>
        </w:tc>
        <w:tc>
          <w:tcPr>
            <w:tcW w:w="1180" w:type="dxa"/>
            <w:vAlign w:val="center"/>
          </w:tcPr>
          <w:p w14:paraId="1978FEE7" w14:textId="77777777" w:rsidR="00E93937" w:rsidRDefault="00735404" w:rsidP="00735404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16:20–19:25</w:t>
            </w:r>
          </w:p>
          <w:p w14:paraId="582DDFF9" w14:textId="77777777" w:rsidR="00E93937" w:rsidRDefault="00735404" w:rsidP="00735404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br/>
              <w:t>12:00–12:40</w:t>
            </w:r>
          </w:p>
          <w:p w14:paraId="3A6BA13B" w14:textId="51D7A04F" w:rsidR="00735404" w:rsidRDefault="00735404" w:rsidP="00735404">
            <w:pPr>
              <w:jc w:val="center"/>
            </w:pPr>
            <w:r>
              <w:rPr>
                <w:sz w:val="18"/>
              </w:rPr>
              <w:br/>
              <w:t>16:05–17:00</w:t>
            </w:r>
          </w:p>
        </w:tc>
        <w:tc>
          <w:tcPr>
            <w:tcW w:w="1326" w:type="dxa"/>
            <w:vAlign w:val="center"/>
          </w:tcPr>
          <w:p w14:paraId="6A6260B3" w14:textId="77777777" w:rsidR="00E93937" w:rsidRDefault="00735404" w:rsidP="00735404">
            <w:pPr>
              <w:jc w:val="center"/>
              <w:rPr>
                <w:sz w:val="18"/>
                <w:lang w:val="ru-RU"/>
              </w:rPr>
            </w:pPr>
            <w:proofErr w:type="spellStart"/>
            <w:r>
              <w:rPr>
                <w:sz w:val="18"/>
              </w:rPr>
              <w:t>МТСЛинк</w:t>
            </w:r>
            <w:proofErr w:type="spellEnd"/>
          </w:p>
          <w:p w14:paraId="2853433F" w14:textId="77777777" w:rsidR="00E93937" w:rsidRDefault="00735404" w:rsidP="00735404">
            <w:pPr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br/>
              <w:t>А-401</w:t>
            </w:r>
          </w:p>
          <w:p w14:paraId="4E151D1D" w14:textId="5B24A824" w:rsidR="00735404" w:rsidRDefault="00735404" w:rsidP="00735404">
            <w:pPr>
              <w:jc w:val="center"/>
            </w:pPr>
            <w:r>
              <w:rPr>
                <w:sz w:val="18"/>
              </w:rPr>
              <w:br/>
              <w:t>А-401</w:t>
            </w:r>
          </w:p>
        </w:tc>
        <w:tc>
          <w:tcPr>
            <w:tcW w:w="6914" w:type="dxa"/>
            <w:vAlign w:val="center"/>
          </w:tcPr>
          <w:p w14:paraId="55D3D695" w14:textId="77777777" w:rsidR="00735404" w:rsidRDefault="00735404" w:rsidP="00735404">
            <w:pPr>
              <w:rPr>
                <w:sz w:val="18"/>
                <w:lang w:val="ru-RU"/>
              </w:rPr>
            </w:pPr>
            <w:r w:rsidRPr="00735404">
              <w:rPr>
                <w:sz w:val="18"/>
                <w:lang w:val="ru-RU"/>
              </w:rPr>
              <w:t xml:space="preserve">Для консультации в </w:t>
            </w:r>
            <w:proofErr w:type="spellStart"/>
            <w:r w:rsidRPr="00735404">
              <w:rPr>
                <w:sz w:val="18"/>
                <w:lang w:val="ru-RU"/>
              </w:rPr>
              <w:t>МТСЛинк</w:t>
            </w:r>
            <w:proofErr w:type="spellEnd"/>
            <w:r w:rsidRPr="00735404">
              <w:rPr>
                <w:sz w:val="18"/>
                <w:lang w:val="ru-RU"/>
              </w:rPr>
              <w:t xml:space="preserve"> ссылка запрашивается обучающимся за день до консультации по электронной почте.</w:t>
            </w:r>
          </w:p>
          <w:p w14:paraId="1B0AC2B8" w14:textId="053AE347" w:rsidR="00735404" w:rsidRPr="00735404" w:rsidRDefault="00735404" w:rsidP="00735404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По дисциплине Экология </w:t>
            </w:r>
            <w:r w:rsidR="00E93937">
              <w:rPr>
                <w:sz w:val="18"/>
                <w:lang w:val="ru-RU"/>
              </w:rPr>
              <w:t xml:space="preserve">для </w:t>
            </w:r>
            <w:r w:rsidR="00E93937" w:rsidRPr="00E93937">
              <w:rPr>
                <w:sz w:val="16"/>
                <w:lang w:val="ru-RU"/>
              </w:rPr>
              <w:t>БМТ-24-6-ЛП, БМТ-24-6-ФТ</w:t>
            </w:r>
            <w:r w:rsidR="00E93937">
              <w:rPr>
                <w:sz w:val="18"/>
                <w:lang w:val="ru-RU"/>
              </w:rPr>
              <w:t xml:space="preserve"> </w:t>
            </w:r>
            <w:r>
              <w:rPr>
                <w:sz w:val="18"/>
                <w:lang w:val="ru-RU"/>
              </w:rPr>
              <w:t>необходимо сдать все промежуточные работы для получения зачета до 28.11.2026</w:t>
            </w:r>
          </w:p>
        </w:tc>
      </w:tr>
      <w:tr w:rsidR="00735404" w14:paraId="191FE444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612C1488" w14:textId="77777777" w:rsidR="00735404" w:rsidRDefault="00735404" w:rsidP="00735404">
            <w:proofErr w:type="spellStart"/>
            <w:r>
              <w:rPr>
                <w:sz w:val="18"/>
              </w:rPr>
              <w:lastRenderedPageBreak/>
              <w:t>Неделин</w:t>
            </w:r>
            <w:proofErr w:type="spellEnd"/>
            <w:r>
              <w:rPr>
                <w:sz w:val="18"/>
              </w:rPr>
              <w:t xml:space="preserve"> С.В.</w:t>
            </w:r>
          </w:p>
        </w:tc>
        <w:tc>
          <w:tcPr>
            <w:tcW w:w="2157" w:type="dxa"/>
            <w:vAlign w:val="center"/>
          </w:tcPr>
          <w:p w14:paraId="731C9858" w14:textId="77777777" w:rsidR="00735404" w:rsidRDefault="00735404" w:rsidP="00735404"/>
        </w:tc>
        <w:tc>
          <w:tcPr>
            <w:tcW w:w="1449" w:type="dxa"/>
            <w:vAlign w:val="center"/>
          </w:tcPr>
          <w:p w14:paraId="2B0D5A3C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Среда</w:t>
            </w:r>
          </w:p>
        </w:tc>
        <w:tc>
          <w:tcPr>
            <w:tcW w:w="1180" w:type="dxa"/>
            <w:vAlign w:val="center"/>
          </w:tcPr>
          <w:p w14:paraId="3A4B89C9" w14:textId="457C4960" w:rsidR="00735404" w:rsidRDefault="00735404" w:rsidP="00735404">
            <w:pPr>
              <w:jc w:val="center"/>
            </w:pPr>
            <w:r>
              <w:rPr>
                <w:sz w:val="18"/>
              </w:rPr>
              <w:t>1</w:t>
            </w:r>
            <w:r>
              <w:rPr>
                <w:sz w:val="18"/>
                <w:lang w:val="ru-RU"/>
              </w:rPr>
              <w:t>9</w:t>
            </w:r>
            <w:r>
              <w:rPr>
                <w:sz w:val="18"/>
              </w:rPr>
              <w:t>:00–21:00</w:t>
            </w:r>
          </w:p>
        </w:tc>
        <w:tc>
          <w:tcPr>
            <w:tcW w:w="1326" w:type="dxa"/>
            <w:vAlign w:val="center"/>
          </w:tcPr>
          <w:p w14:paraId="7EF1C3A0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А-404</w:t>
            </w:r>
          </w:p>
        </w:tc>
        <w:tc>
          <w:tcPr>
            <w:tcW w:w="6914" w:type="dxa"/>
            <w:vAlign w:val="center"/>
          </w:tcPr>
          <w:p w14:paraId="1BEAC8A3" w14:textId="77777777" w:rsidR="00735404" w:rsidRDefault="00735404" w:rsidP="00735404"/>
        </w:tc>
      </w:tr>
      <w:tr w:rsidR="00D26120" w:rsidRPr="0093758E" w14:paraId="42AEDF86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1F555CA4" w14:textId="77777777" w:rsidR="00D26120" w:rsidRDefault="00D26120" w:rsidP="00C0691E">
            <w:proofErr w:type="spellStart"/>
            <w:r>
              <w:rPr>
                <w:sz w:val="18"/>
              </w:rPr>
              <w:t>Солодова</w:t>
            </w:r>
            <w:proofErr w:type="spellEnd"/>
            <w:r>
              <w:rPr>
                <w:sz w:val="18"/>
              </w:rPr>
              <w:t xml:space="preserve"> А.Ю.</w:t>
            </w:r>
          </w:p>
        </w:tc>
        <w:tc>
          <w:tcPr>
            <w:tcW w:w="2157" w:type="dxa"/>
            <w:vAlign w:val="center"/>
          </w:tcPr>
          <w:p w14:paraId="28CFCC75" w14:textId="77777777" w:rsidR="00D26120" w:rsidRDefault="00D26120" w:rsidP="00C0691E">
            <w:r>
              <w:t>a.terekhova@misis.ru</w:t>
            </w:r>
          </w:p>
        </w:tc>
        <w:tc>
          <w:tcPr>
            <w:tcW w:w="1449" w:type="dxa"/>
            <w:vAlign w:val="center"/>
          </w:tcPr>
          <w:p w14:paraId="46E365EB" w14:textId="77777777" w:rsidR="00D26120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Вторник</w:t>
            </w:r>
          </w:p>
          <w:p w14:paraId="1CC9B1CE" w14:textId="77777777" w:rsidR="00D26120" w:rsidRPr="009F07C3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Среда</w:t>
            </w:r>
          </w:p>
        </w:tc>
        <w:tc>
          <w:tcPr>
            <w:tcW w:w="1180" w:type="dxa"/>
            <w:vAlign w:val="center"/>
          </w:tcPr>
          <w:p w14:paraId="00B6DF9E" w14:textId="77777777" w:rsidR="00D26120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10:00-12:00</w:t>
            </w:r>
          </w:p>
          <w:p w14:paraId="02AD5139" w14:textId="77777777" w:rsidR="00D26120" w:rsidRPr="009F07C3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14:00-16:00</w:t>
            </w:r>
          </w:p>
        </w:tc>
        <w:tc>
          <w:tcPr>
            <w:tcW w:w="1326" w:type="dxa"/>
            <w:vAlign w:val="center"/>
          </w:tcPr>
          <w:p w14:paraId="4E119A40" w14:textId="77777777" w:rsidR="00D26120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МТС Линк</w:t>
            </w:r>
          </w:p>
          <w:p w14:paraId="1457647A" w14:textId="77777777" w:rsidR="00D26120" w:rsidRPr="009F07C3" w:rsidRDefault="00D26120" w:rsidP="00C069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А-416</w:t>
            </w:r>
          </w:p>
        </w:tc>
        <w:tc>
          <w:tcPr>
            <w:tcW w:w="6914" w:type="dxa"/>
            <w:vAlign w:val="center"/>
          </w:tcPr>
          <w:p w14:paraId="77B651AB" w14:textId="77777777" w:rsidR="00D26120" w:rsidRDefault="00D26120" w:rsidP="00C0691E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Для консультации в </w:t>
            </w:r>
            <w:proofErr w:type="spellStart"/>
            <w:r>
              <w:rPr>
                <w:sz w:val="18"/>
                <w:lang w:val="ru-RU"/>
              </w:rPr>
              <w:t>МТСЛинк</w:t>
            </w:r>
            <w:proofErr w:type="spellEnd"/>
            <w:r>
              <w:rPr>
                <w:sz w:val="18"/>
                <w:lang w:val="ru-RU"/>
              </w:rPr>
              <w:t xml:space="preserve"> ссылка запрашивается обучающимся за день до консультации по электронной почте.</w:t>
            </w:r>
          </w:p>
          <w:p w14:paraId="2867F38D" w14:textId="0A050587" w:rsidR="00D26120" w:rsidRDefault="00D26120" w:rsidP="00C0691E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 дисциплине «Современные проблемы металлургии, машиностроения и материаловедения» для допуска к экзамену необходимо сдать все домашние работы, предусмотренные в курсе, до 2</w:t>
            </w:r>
            <w:r w:rsidR="00E93937">
              <w:rPr>
                <w:sz w:val="18"/>
                <w:lang w:val="ru-RU"/>
              </w:rPr>
              <w:t>0</w:t>
            </w:r>
            <w:r>
              <w:rPr>
                <w:sz w:val="18"/>
                <w:lang w:val="ru-RU"/>
              </w:rPr>
              <w:t>.11.2026.</w:t>
            </w:r>
          </w:p>
          <w:p w14:paraId="36F72763" w14:textId="77777777" w:rsidR="00D26120" w:rsidRPr="009F07C3" w:rsidRDefault="00D26120" w:rsidP="00C0691E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>По дисциплине «Теплофизика» и «Теплотехника» выполнение лабораторных работ проводится во вторник по нижним неделям в А-416 с 10:00-12:00</w:t>
            </w:r>
          </w:p>
        </w:tc>
      </w:tr>
      <w:tr w:rsidR="00735404" w14:paraId="2344808C" w14:textId="77777777" w:rsidTr="005C1A83">
        <w:trPr>
          <w:cantSplit/>
          <w:jc w:val="center"/>
        </w:trPr>
        <w:tc>
          <w:tcPr>
            <w:tcW w:w="1711" w:type="dxa"/>
            <w:vAlign w:val="center"/>
          </w:tcPr>
          <w:p w14:paraId="374D284D" w14:textId="77777777" w:rsidR="005C1A83" w:rsidRDefault="005C1A83" w:rsidP="00735404">
            <w:pPr>
              <w:rPr>
                <w:sz w:val="18"/>
                <w:lang w:val="ru-RU"/>
              </w:rPr>
            </w:pPr>
          </w:p>
          <w:p w14:paraId="4B43C2D4" w14:textId="77777777" w:rsidR="00735404" w:rsidRDefault="00735404" w:rsidP="00735404">
            <w:pPr>
              <w:rPr>
                <w:sz w:val="18"/>
                <w:lang w:val="ru-RU"/>
              </w:rPr>
            </w:pPr>
            <w:proofErr w:type="spellStart"/>
            <w:r>
              <w:rPr>
                <w:sz w:val="18"/>
              </w:rPr>
              <w:t>Черноусов</w:t>
            </w:r>
            <w:proofErr w:type="spellEnd"/>
            <w:r>
              <w:rPr>
                <w:sz w:val="18"/>
              </w:rPr>
              <w:t xml:space="preserve"> П.И.</w:t>
            </w:r>
          </w:p>
          <w:p w14:paraId="7D1D5623" w14:textId="3C7D8B13" w:rsidR="005C1A83" w:rsidRPr="005C1A83" w:rsidRDefault="005C1A83" w:rsidP="00735404">
            <w:pPr>
              <w:rPr>
                <w:lang w:val="ru-RU"/>
              </w:rPr>
            </w:pPr>
          </w:p>
        </w:tc>
        <w:tc>
          <w:tcPr>
            <w:tcW w:w="2157" w:type="dxa"/>
            <w:vAlign w:val="center"/>
          </w:tcPr>
          <w:p w14:paraId="697E6A68" w14:textId="77777777" w:rsidR="00735404" w:rsidRDefault="00735404" w:rsidP="00735404">
            <w:r>
              <w:rPr>
                <w:sz w:val="18"/>
              </w:rPr>
              <w:t>p.chernou@yandex.ru</w:t>
            </w:r>
          </w:p>
        </w:tc>
        <w:tc>
          <w:tcPr>
            <w:tcW w:w="1449" w:type="dxa"/>
            <w:vAlign w:val="center"/>
          </w:tcPr>
          <w:p w14:paraId="31C514FD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Среда</w:t>
            </w:r>
          </w:p>
        </w:tc>
        <w:tc>
          <w:tcPr>
            <w:tcW w:w="1180" w:type="dxa"/>
            <w:vAlign w:val="center"/>
          </w:tcPr>
          <w:p w14:paraId="70C2F564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18:00–21:00</w:t>
            </w:r>
          </w:p>
        </w:tc>
        <w:tc>
          <w:tcPr>
            <w:tcW w:w="1326" w:type="dxa"/>
            <w:vAlign w:val="center"/>
          </w:tcPr>
          <w:p w14:paraId="024CE21C" w14:textId="77777777" w:rsidR="00735404" w:rsidRDefault="00735404" w:rsidP="00735404">
            <w:pPr>
              <w:jc w:val="center"/>
            </w:pPr>
            <w:r>
              <w:rPr>
                <w:sz w:val="18"/>
              </w:rPr>
              <w:t>А-404</w:t>
            </w:r>
          </w:p>
        </w:tc>
        <w:tc>
          <w:tcPr>
            <w:tcW w:w="6914" w:type="dxa"/>
            <w:vAlign w:val="center"/>
          </w:tcPr>
          <w:p w14:paraId="5A8B0B7C" w14:textId="77777777" w:rsidR="00735404" w:rsidRDefault="00735404" w:rsidP="00735404"/>
        </w:tc>
      </w:tr>
    </w:tbl>
    <w:p w14:paraId="5F6D75BE" w14:textId="77777777" w:rsidR="00E93937" w:rsidRDefault="00E93937" w:rsidP="00E93937">
      <w:pPr>
        <w:spacing w:before="120" w:after="0"/>
        <w:rPr>
          <w:sz w:val="18"/>
          <w:lang w:val="ru-RU"/>
        </w:rPr>
      </w:pPr>
    </w:p>
    <w:p w14:paraId="5DE3C79E" w14:textId="77777777" w:rsidR="00E93937" w:rsidRDefault="00E93937">
      <w:pPr>
        <w:spacing w:after="40"/>
        <w:jc w:val="right"/>
        <w:rPr>
          <w:lang w:val="ru-RU"/>
        </w:rPr>
      </w:pPr>
      <w:r>
        <w:rPr>
          <w:lang w:val="ru-RU"/>
        </w:rPr>
        <w:br/>
      </w:r>
    </w:p>
    <w:p w14:paraId="3E805BD3" w14:textId="77777777" w:rsidR="00E93937" w:rsidRDefault="00E93937">
      <w:pPr>
        <w:rPr>
          <w:lang w:val="ru-RU"/>
        </w:rPr>
      </w:pPr>
      <w:r>
        <w:rPr>
          <w:lang w:val="ru-RU"/>
        </w:rPr>
        <w:br w:type="page"/>
      </w:r>
    </w:p>
    <w:p w14:paraId="760BBE24" w14:textId="5393168A" w:rsidR="005C383E" w:rsidRPr="00735404" w:rsidRDefault="00000000">
      <w:pPr>
        <w:spacing w:after="160"/>
        <w:jc w:val="center"/>
        <w:rPr>
          <w:lang w:val="ru-RU"/>
        </w:rPr>
      </w:pPr>
      <w:r w:rsidRPr="00735404">
        <w:rPr>
          <w:b/>
          <w:sz w:val="22"/>
          <w:lang w:val="ru-RU"/>
        </w:rPr>
        <w:lastRenderedPageBreak/>
        <w:t>График проведения первичных и вторичных пересдач</w:t>
      </w:r>
      <w:r w:rsidR="0093758E">
        <w:rPr>
          <w:b/>
          <w:sz w:val="22"/>
          <w:lang w:val="ru-RU"/>
        </w:rPr>
        <w:t xml:space="preserve"> </w:t>
      </w:r>
      <w:r w:rsidRPr="00735404">
        <w:rPr>
          <w:b/>
          <w:sz w:val="22"/>
          <w:lang w:val="ru-RU"/>
        </w:rPr>
        <w:t>по дисциплинам кафедры ЭРПТ за 2025/2026 учебный год</w:t>
      </w:r>
    </w:p>
    <w:p w14:paraId="3B8A5627" w14:textId="77777777" w:rsidR="005C383E" w:rsidRPr="00735404" w:rsidRDefault="00000000" w:rsidP="005C1A83">
      <w:pPr>
        <w:spacing w:after="0" w:line="240" w:lineRule="auto"/>
        <w:jc w:val="center"/>
        <w:rPr>
          <w:lang w:val="ru-RU"/>
        </w:rPr>
      </w:pPr>
      <w:r w:rsidRPr="00735404">
        <w:rPr>
          <w:b/>
          <w:lang w:val="ru-RU"/>
        </w:rPr>
        <w:t>Первичная пересдача</w:t>
      </w:r>
    </w:p>
    <w:p w14:paraId="4517DF5F" w14:textId="37DF9094" w:rsidR="005C383E" w:rsidRPr="00347981" w:rsidRDefault="00000000" w:rsidP="005C1A83">
      <w:pPr>
        <w:spacing w:after="0" w:line="240" w:lineRule="auto"/>
        <w:jc w:val="center"/>
        <w:rPr>
          <w:bCs/>
          <w:sz w:val="18"/>
          <w:lang w:val="ru-RU"/>
        </w:rPr>
      </w:pPr>
      <w:r w:rsidRPr="00347981">
        <w:rPr>
          <w:bCs/>
          <w:sz w:val="18"/>
          <w:lang w:val="ru-RU"/>
        </w:rPr>
        <w:t>Допуск к экзамену</w:t>
      </w:r>
      <w:r w:rsidR="00E93937">
        <w:rPr>
          <w:bCs/>
          <w:sz w:val="18"/>
          <w:lang w:val="ru-RU"/>
        </w:rPr>
        <w:t xml:space="preserve"> -</w:t>
      </w:r>
      <w:r w:rsidRPr="00347981">
        <w:rPr>
          <w:bCs/>
          <w:sz w:val="18"/>
          <w:lang w:val="ru-RU"/>
        </w:rPr>
        <w:t xml:space="preserve"> по индивидуальному графику с ведущим преподавателем</w:t>
      </w:r>
    </w:p>
    <w:p w14:paraId="3D55C537" w14:textId="7887CAB5" w:rsidR="00347981" w:rsidRPr="00347981" w:rsidRDefault="00347981" w:rsidP="005C1A83">
      <w:pPr>
        <w:spacing w:after="0" w:line="240" w:lineRule="auto"/>
        <w:jc w:val="center"/>
        <w:rPr>
          <w:b/>
          <w:bCs/>
          <w:lang w:val="ru-RU"/>
        </w:rPr>
      </w:pPr>
      <w:r w:rsidRPr="00347981">
        <w:rPr>
          <w:b/>
          <w:bCs/>
          <w:lang w:val="ru-RU"/>
        </w:rPr>
        <w:t>Вторичная пересдача</w:t>
      </w:r>
    </w:p>
    <w:p w14:paraId="43568297" w14:textId="77777777" w:rsidR="00347981" w:rsidRPr="00347981" w:rsidRDefault="00347981" w:rsidP="005C1A83">
      <w:pPr>
        <w:spacing w:after="0" w:line="240" w:lineRule="auto"/>
        <w:jc w:val="center"/>
        <w:rPr>
          <w:lang w:val="ru-RU"/>
        </w:rPr>
      </w:pPr>
      <w:r w:rsidRPr="00347981">
        <w:rPr>
          <w:b/>
          <w:lang w:val="ru-RU"/>
        </w:rPr>
        <w:t>Состав аттестационной комиссии:</w:t>
      </w:r>
    </w:p>
    <w:p w14:paraId="68DCC46D" w14:textId="4D9D9CFC" w:rsidR="00347981" w:rsidRPr="00347981" w:rsidRDefault="00347981" w:rsidP="005C1A83">
      <w:pPr>
        <w:spacing w:after="0" w:line="240" w:lineRule="auto"/>
        <w:jc w:val="center"/>
        <w:rPr>
          <w:lang w:val="ru-RU"/>
        </w:rPr>
      </w:pPr>
      <w:r w:rsidRPr="00347981">
        <w:rPr>
          <w:sz w:val="19"/>
          <w:lang w:val="ru-RU"/>
        </w:rPr>
        <w:t xml:space="preserve">1. руководитель направления подготовки — заведующий кафедрой ЭРПТ Г.В. </w:t>
      </w:r>
      <w:proofErr w:type="spellStart"/>
      <w:r w:rsidRPr="00347981">
        <w:rPr>
          <w:sz w:val="19"/>
          <w:lang w:val="ru-RU"/>
        </w:rPr>
        <w:t>Торохов</w:t>
      </w:r>
      <w:proofErr w:type="spellEnd"/>
    </w:p>
    <w:p w14:paraId="7868872D" w14:textId="06F05947" w:rsidR="00347981" w:rsidRPr="00347981" w:rsidRDefault="00347981" w:rsidP="005C1A83">
      <w:pPr>
        <w:spacing w:after="0" w:line="240" w:lineRule="auto"/>
        <w:jc w:val="center"/>
        <w:rPr>
          <w:lang w:val="ru-RU"/>
        </w:rPr>
      </w:pPr>
      <w:r w:rsidRPr="00347981">
        <w:rPr>
          <w:sz w:val="19"/>
          <w:lang w:val="ru-RU"/>
        </w:rPr>
        <w:t>2. доц. Полулях Л.А.</w:t>
      </w:r>
    </w:p>
    <w:p w14:paraId="5D16B3AB" w14:textId="16BA5F8D" w:rsidR="00347981" w:rsidRPr="00347981" w:rsidRDefault="00347981" w:rsidP="005C1A83">
      <w:pPr>
        <w:spacing w:after="0" w:line="240" w:lineRule="auto"/>
        <w:jc w:val="center"/>
        <w:rPr>
          <w:lang w:val="ru-RU"/>
        </w:rPr>
      </w:pPr>
      <w:r w:rsidRPr="00347981">
        <w:rPr>
          <w:sz w:val="19"/>
          <w:lang w:val="ru-RU"/>
        </w:rPr>
        <w:t>3. ведущий преподаватель по дисциплине</w:t>
      </w:r>
    </w:p>
    <w:p w14:paraId="072F798B" w14:textId="77777777" w:rsidR="00347981" w:rsidRPr="00735404" w:rsidRDefault="00347981" w:rsidP="005C1A83">
      <w:pPr>
        <w:spacing w:after="0" w:line="240" w:lineRule="auto"/>
        <w:jc w:val="center"/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902"/>
        <w:gridCol w:w="1879"/>
        <w:gridCol w:w="1549"/>
        <w:gridCol w:w="1026"/>
        <w:gridCol w:w="737"/>
        <w:gridCol w:w="2862"/>
        <w:gridCol w:w="1026"/>
        <w:gridCol w:w="737"/>
        <w:gridCol w:w="2862"/>
      </w:tblGrid>
      <w:tr w:rsidR="005C383E" w:rsidRPr="005C1A83" w14:paraId="6B395605" w14:textId="77777777" w:rsidTr="005C1A83">
        <w:trPr>
          <w:cantSplit/>
          <w:tblHeader/>
          <w:jc w:val="center"/>
        </w:trPr>
        <w:tc>
          <w:tcPr>
            <w:tcW w:w="0" w:type="auto"/>
            <w:vMerge w:val="restart"/>
            <w:shd w:val="clear" w:color="auto" w:fill="D9EAF7"/>
            <w:vAlign w:val="center"/>
          </w:tcPr>
          <w:p w14:paraId="3FE12B1C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Дисциплина</w:t>
            </w:r>
            <w:proofErr w:type="spellEnd"/>
          </w:p>
        </w:tc>
        <w:tc>
          <w:tcPr>
            <w:tcW w:w="0" w:type="auto"/>
            <w:vMerge w:val="restart"/>
            <w:shd w:val="clear" w:color="auto" w:fill="D9EAF7"/>
            <w:vAlign w:val="center"/>
          </w:tcPr>
          <w:p w14:paraId="3C3FA4B8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Группа</w:t>
            </w:r>
            <w:proofErr w:type="spellEnd"/>
          </w:p>
        </w:tc>
        <w:tc>
          <w:tcPr>
            <w:tcW w:w="0" w:type="auto"/>
            <w:vMerge w:val="restart"/>
            <w:shd w:val="clear" w:color="auto" w:fill="D9EAF7"/>
            <w:vAlign w:val="center"/>
          </w:tcPr>
          <w:p w14:paraId="709EEE9F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Ведущий</w:t>
            </w:r>
            <w:proofErr w:type="spellEnd"/>
            <w:r w:rsidRPr="005C1A83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0" w:type="auto"/>
            <w:gridSpan w:val="3"/>
            <w:shd w:val="clear" w:color="auto" w:fill="D9EAF7"/>
            <w:vAlign w:val="center"/>
          </w:tcPr>
          <w:p w14:paraId="1C354A6B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Первичная</w:t>
            </w:r>
            <w:proofErr w:type="spellEnd"/>
            <w:r w:rsidRPr="005C1A83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пересдача</w:t>
            </w:r>
            <w:proofErr w:type="spellEnd"/>
          </w:p>
        </w:tc>
        <w:tc>
          <w:tcPr>
            <w:tcW w:w="0" w:type="auto"/>
            <w:gridSpan w:val="3"/>
            <w:shd w:val="clear" w:color="auto" w:fill="D9EAF7"/>
            <w:vAlign w:val="center"/>
          </w:tcPr>
          <w:p w14:paraId="437499B4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Вторичная</w:t>
            </w:r>
            <w:proofErr w:type="spellEnd"/>
            <w:r w:rsidRPr="005C1A83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пересдача</w:t>
            </w:r>
            <w:proofErr w:type="spellEnd"/>
            <w:r w:rsidRPr="005C1A83">
              <w:rPr>
                <w:rFonts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комиссия</w:t>
            </w:r>
            <w:proofErr w:type="spellEnd"/>
            <w:r w:rsidRPr="005C1A83">
              <w:rPr>
                <w:rFonts w:cs="Times New Roman"/>
                <w:b/>
                <w:sz w:val="18"/>
                <w:szCs w:val="18"/>
              </w:rPr>
              <w:t>)</w:t>
            </w:r>
          </w:p>
        </w:tc>
      </w:tr>
      <w:tr w:rsidR="005C383E" w:rsidRPr="005C1A83" w14:paraId="47C95536" w14:textId="77777777" w:rsidTr="005C1A83">
        <w:trPr>
          <w:cantSplit/>
          <w:tblHeader/>
          <w:jc w:val="center"/>
        </w:trPr>
        <w:tc>
          <w:tcPr>
            <w:tcW w:w="0" w:type="auto"/>
            <w:vMerge/>
          </w:tcPr>
          <w:p w14:paraId="11A5F089" w14:textId="77777777" w:rsidR="005C383E" w:rsidRPr="005C1A83" w:rsidRDefault="005C383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6096ED8" w14:textId="77777777" w:rsidR="005C383E" w:rsidRPr="005C1A83" w:rsidRDefault="005C383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52EE1B5A" w14:textId="77777777" w:rsidR="005C383E" w:rsidRPr="005C1A83" w:rsidRDefault="005C383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AF7"/>
            <w:vAlign w:val="center"/>
          </w:tcPr>
          <w:p w14:paraId="139C1F18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Дата</w:t>
            </w:r>
            <w:proofErr w:type="spellEnd"/>
          </w:p>
        </w:tc>
        <w:tc>
          <w:tcPr>
            <w:tcW w:w="0" w:type="auto"/>
            <w:shd w:val="clear" w:color="auto" w:fill="D9EAF7"/>
            <w:vAlign w:val="center"/>
          </w:tcPr>
          <w:p w14:paraId="67619590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0" w:type="auto"/>
            <w:shd w:val="clear" w:color="auto" w:fill="D9EAF7"/>
            <w:vAlign w:val="center"/>
          </w:tcPr>
          <w:p w14:paraId="25B397D8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Аудитория</w:t>
            </w:r>
            <w:proofErr w:type="spellEnd"/>
          </w:p>
        </w:tc>
        <w:tc>
          <w:tcPr>
            <w:tcW w:w="0" w:type="auto"/>
            <w:shd w:val="clear" w:color="auto" w:fill="D9EAF7"/>
            <w:vAlign w:val="center"/>
          </w:tcPr>
          <w:p w14:paraId="75D50DD6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Дата</w:t>
            </w:r>
            <w:proofErr w:type="spellEnd"/>
          </w:p>
        </w:tc>
        <w:tc>
          <w:tcPr>
            <w:tcW w:w="0" w:type="auto"/>
            <w:shd w:val="clear" w:color="auto" w:fill="D9EAF7"/>
            <w:vAlign w:val="center"/>
          </w:tcPr>
          <w:p w14:paraId="0980B8D1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0" w:type="auto"/>
            <w:shd w:val="clear" w:color="auto" w:fill="D9EAF7"/>
            <w:vAlign w:val="center"/>
          </w:tcPr>
          <w:p w14:paraId="2A3ED6F6" w14:textId="77777777" w:rsidR="005C383E" w:rsidRPr="005C1A83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b/>
                <w:sz w:val="18"/>
                <w:szCs w:val="18"/>
              </w:rPr>
              <w:t>Аудитория</w:t>
            </w:r>
            <w:proofErr w:type="spellEnd"/>
          </w:p>
        </w:tc>
      </w:tr>
      <w:tr w:rsidR="007C65F3" w:rsidRPr="005C1A83" w14:paraId="32216D8C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3E50AD76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Логистика и эко-дизайн технологий чёрной металлургии</w:t>
            </w:r>
          </w:p>
        </w:tc>
        <w:tc>
          <w:tcPr>
            <w:tcW w:w="0" w:type="auto"/>
            <w:vAlign w:val="center"/>
          </w:tcPr>
          <w:p w14:paraId="381B5BDD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0C9FF884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Голубев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О.В.</w:t>
            </w:r>
          </w:p>
        </w:tc>
        <w:tc>
          <w:tcPr>
            <w:tcW w:w="0" w:type="auto"/>
            <w:vAlign w:val="center"/>
          </w:tcPr>
          <w:p w14:paraId="700DA183" w14:textId="637C655C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55FA1C52" w14:textId="59270B4C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18:00</w:t>
            </w:r>
          </w:p>
        </w:tc>
        <w:tc>
          <w:tcPr>
            <w:tcW w:w="0" w:type="auto"/>
            <w:vAlign w:val="center"/>
          </w:tcPr>
          <w:p w14:paraId="771D47D5" w14:textId="3A6E0F42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3959B29C" w14:textId="2B4C1D43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4125EACE" w14:textId="4966B68C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18:00</w:t>
            </w:r>
          </w:p>
        </w:tc>
        <w:tc>
          <w:tcPr>
            <w:tcW w:w="0" w:type="auto"/>
            <w:vAlign w:val="center"/>
          </w:tcPr>
          <w:p w14:paraId="66ADBC65" w14:textId="27D63883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  <w:tr w:rsidR="007C65F3" w:rsidRPr="005C1A83" w14:paraId="2E321239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45A87CAA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Методы экспериментального исследования технологических процессов</w:t>
            </w:r>
          </w:p>
        </w:tc>
        <w:tc>
          <w:tcPr>
            <w:tcW w:w="0" w:type="auto"/>
            <w:vAlign w:val="center"/>
          </w:tcPr>
          <w:p w14:paraId="6BC35807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4014EF51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Чибизова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С.И.</w:t>
            </w:r>
          </w:p>
        </w:tc>
        <w:tc>
          <w:tcPr>
            <w:tcW w:w="0" w:type="auto"/>
            <w:vAlign w:val="center"/>
          </w:tcPr>
          <w:p w14:paraId="7E2DCA1E" w14:textId="77777777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17.11.2026</w:t>
            </w:r>
          </w:p>
        </w:tc>
        <w:tc>
          <w:tcPr>
            <w:tcW w:w="0" w:type="auto"/>
            <w:vAlign w:val="center"/>
          </w:tcPr>
          <w:p w14:paraId="3DAFDCFB" w14:textId="77777777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1EBD5B3C" w14:textId="77777777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6161BC4D" w14:textId="77777777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24.11.2026</w:t>
            </w:r>
          </w:p>
        </w:tc>
        <w:tc>
          <w:tcPr>
            <w:tcW w:w="0" w:type="auto"/>
            <w:vAlign w:val="center"/>
          </w:tcPr>
          <w:p w14:paraId="7D81B5F4" w14:textId="77777777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742E45A0" w14:textId="77777777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</w:tr>
      <w:tr w:rsidR="007C65F3" w:rsidRPr="005C1A83" w14:paraId="24435E0B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01089EB7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Основы металлургии цветных и чёрных металлов</w:t>
            </w:r>
          </w:p>
        </w:tc>
        <w:tc>
          <w:tcPr>
            <w:tcW w:w="0" w:type="auto"/>
            <w:vAlign w:val="center"/>
          </w:tcPr>
          <w:p w14:paraId="42BD7F70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ММТ-25-14</w:t>
            </w:r>
          </w:p>
        </w:tc>
        <w:tc>
          <w:tcPr>
            <w:tcW w:w="0" w:type="auto"/>
            <w:vAlign w:val="center"/>
          </w:tcPr>
          <w:p w14:paraId="7ACEC4ED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Торохов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Г.В.</w:t>
            </w:r>
          </w:p>
        </w:tc>
        <w:tc>
          <w:tcPr>
            <w:tcW w:w="0" w:type="auto"/>
            <w:vAlign w:val="center"/>
          </w:tcPr>
          <w:p w14:paraId="6965AA36" w14:textId="54815BF4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26.10.2026</w:t>
            </w:r>
          </w:p>
        </w:tc>
        <w:tc>
          <w:tcPr>
            <w:tcW w:w="0" w:type="auto"/>
            <w:vAlign w:val="center"/>
          </w:tcPr>
          <w:p w14:paraId="7C3FCC08" w14:textId="650EE648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10:00</w:t>
            </w:r>
          </w:p>
        </w:tc>
        <w:tc>
          <w:tcPr>
            <w:tcW w:w="0" w:type="auto"/>
            <w:vAlign w:val="center"/>
          </w:tcPr>
          <w:p w14:paraId="368336C2" w14:textId="7413C0B2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vertAlign w:val="superscript"/>
                <w:lang w:val="ru-RU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62D88106" w14:textId="54DC2096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16.11.2026</w:t>
            </w:r>
          </w:p>
        </w:tc>
        <w:tc>
          <w:tcPr>
            <w:tcW w:w="0" w:type="auto"/>
            <w:vAlign w:val="center"/>
          </w:tcPr>
          <w:p w14:paraId="26DAA723" w14:textId="6BA64554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10:00</w:t>
            </w:r>
          </w:p>
        </w:tc>
        <w:tc>
          <w:tcPr>
            <w:tcW w:w="0" w:type="auto"/>
            <w:vAlign w:val="center"/>
          </w:tcPr>
          <w:p w14:paraId="2D4AA908" w14:textId="204CC816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C65F3" w:rsidRPr="005C1A83" w14:paraId="0DECCE91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477B8012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Основы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производства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прямовосстановленного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железа</w:t>
            </w:r>
            <w:proofErr w:type="spellEnd"/>
          </w:p>
        </w:tc>
        <w:tc>
          <w:tcPr>
            <w:tcW w:w="0" w:type="auto"/>
            <w:vAlign w:val="center"/>
          </w:tcPr>
          <w:p w14:paraId="67ED1598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БМТ-23-6-РТ</w:t>
            </w:r>
          </w:p>
        </w:tc>
        <w:tc>
          <w:tcPr>
            <w:tcW w:w="0" w:type="auto"/>
            <w:vAlign w:val="center"/>
          </w:tcPr>
          <w:p w14:paraId="0D624702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Полулях Л.А.</w:t>
            </w:r>
          </w:p>
        </w:tc>
        <w:tc>
          <w:tcPr>
            <w:tcW w:w="0" w:type="auto"/>
            <w:vAlign w:val="center"/>
          </w:tcPr>
          <w:p w14:paraId="0E4AC297" w14:textId="0F6E914F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6517CA6F" w14:textId="1FC944BD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12:00</w:t>
            </w:r>
          </w:p>
        </w:tc>
        <w:tc>
          <w:tcPr>
            <w:tcW w:w="0" w:type="auto"/>
            <w:vAlign w:val="center"/>
          </w:tcPr>
          <w:p w14:paraId="5CBDEB46" w14:textId="075ED39E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7CF7CC4B" w14:textId="5BE8F66A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496560B7" w14:textId="13422C2F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16:15</w:t>
            </w:r>
          </w:p>
        </w:tc>
        <w:tc>
          <w:tcPr>
            <w:tcW w:w="0" w:type="auto"/>
            <w:vAlign w:val="center"/>
          </w:tcPr>
          <w:p w14:paraId="513C35E7" w14:textId="6CA5BB39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  <w:tr w:rsidR="007C65F3" w:rsidRPr="005C1A83" w14:paraId="3D4A3C90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50BD3684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Производственная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логистика</w:t>
            </w:r>
            <w:proofErr w:type="spellEnd"/>
          </w:p>
        </w:tc>
        <w:tc>
          <w:tcPr>
            <w:tcW w:w="0" w:type="auto"/>
            <w:vAlign w:val="center"/>
          </w:tcPr>
          <w:p w14:paraId="05E13562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2BC99265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Неделин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0" w:type="auto"/>
            <w:vAlign w:val="center"/>
          </w:tcPr>
          <w:p w14:paraId="6F020375" w14:textId="550D23EF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3B4B8662" w14:textId="578A53E4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19:25</w:t>
            </w:r>
          </w:p>
        </w:tc>
        <w:tc>
          <w:tcPr>
            <w:tcW w:w="0" w:type="auto"/>
            <w:vAlign w:val="center"/>
          </w:tcPr>
          <w:p w14:paraId="5B6F2036" w14:textId="501A1BAF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5133A3D0" w14:textId="14A4DB86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4520477E" w14:textId="3E110CA8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18:30</w:t>
            </w:r>
          </w:p>
        </w:tc>
        <w:tc>
          <w:tcPr>
            <w:tcW w:w="0" w:type="auto"/>
            <w:vAlign w:val="center"/>
          </w:tcPr>
          <w:p w14:paraId="026379F4" w14:textId="243A8629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  <w:tr w:rsidR="007C65F3" w:rsidRPr="005C1A83" w14:paraId="19617B9A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64023F9F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Современные проблемы металлургии, машиностроения и материаловедения</w:t>
            </w:r>
          </w:p>
        </w:tc>
        <w:tc>
          <w:tcPr>
            <w:tcW w:w="0" w:type="auto"/>
            <w:vAlign w:val="center"/>
          </w:tcPr>
          <w:p w14:paraId="454FA967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1C22AAD0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Солодова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А.Ю.</w:t>
            </w:r>
          </w:p>
        </w:tc>
        <w:tc>
          <w:tcPr>
            <w:tcW w:w="0" w:type="auto"/>
            <w:vAlign w:val="center"/>
          </w:tcPr>
          <w:p w14:paraId="78FFB198" w14:textId="284674E5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23.11.2026</w:t>
            </w:r>
          </w:p>
        </w:tc>
        <w:tc>
          <w:tcPr>
            <w:tcW w:w="0" w:type="auto"/>
            <w:vAlign w:val="center"/>
          </w:tcPr>
          <w:p w14:paraId="044D11BA" w14:textId="39426D56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1BADC9A4" w14:textId="4DB8BED1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А-403</w:t>
            </w:r>
          </w:p>
        </w:tc>
        <w:tc>
          <w:tcPr>
            <w:tcW w:w="0" w:type="auto"/>
            <w:vAlign w:val="center"/>
          </w:tcPr>
          <w:p w14:paraId="751D4D79" w14:textId="1616BCA2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30.11.2026</w:t>
            </w:r>
          </w:p>
        </w:tc>
        <w:tc>
          <w:tcPr>
            <w:tcW w:w="0" w:type="auto"/>
            <w:vAlign w:val="center"/>
          </w:tcPr>
          <w:p w14:paraId="0032244E" w14:textId="05B6D499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1EA775DE" w14:textId="4CD93D96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</w:tr>
      <w:tr w:rsidR="007C65F3" w:rsidRPr="005C1A83" w14:paraId="4C8A3081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4BCF7C6A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Технология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производства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губчатого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железа</w:t>
            </w:r>
            <w:proofErr w:type="spellEnd"/>
          </w:p>
        </w:tc>
        <w:tc>
          <w:tcPr>
            <w:tcW w:w="0" w:type="auto"/>
            <w:vAlign w:val="center"/>
          </w:tcPr>
          <w:p w14:paraId="71E4D48F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ММТ-25-24-ТТ</w:t>
            </w:r>
          </w:p>
        </w:tc>
        <w:tc>
          <w:tcPr>
            <w:tcW w:w="0" w:type="auto"/>
            <w:vAlign w:val="center"/>
          </w:tcPr>
          <w:p w14:paraId="72BB5AEC" w14:textId="77777777" w:rsidR="007C65F3" w:rsidRPr="005C1A83" w:rsidRDefault="007C65F3" w:rsidP="007C65F3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Полулях Л.А.</w:t>
            </w:r>
          </w:p>
        </w:tc>
        <w:tc>
          <w:tcPr>
            <w:tcW w:w="0" w:type="auto"/>
            <w:vAlign w:val="center"/>
          </w:tcPr>
          <w:p w14:paraId="189BFC02" w14:textId="112A57C2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331F9E56" w14:textId="20756048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12:00</w:t>
            </w:r>
          </w:p>
        </w:tc>
        <w:tc>
          <w:tcPr>
            <w:tcW w:w="0" w:type="auto"/>
            <w:vAlign w:val="center"/>
          </w:tcPr>
          <w:p w14:paraId="5F0A1944" w14:textId="51FB637A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21781F3F" w14:textId="34241770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185369B0" w14:textId="67A3EE8A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16:15</w:t>
            </w:r>
          </w:p>
        </w:tc>
        <w:tc>
          <w:tcPr>
            <w:tcW w:w="0" w:type="auto"/>
            <w:vAlign w:val="center"/>
          </w:tcPr>
          <w:p w14:paraId="530A4872" w14:textId="17030F95" w:rsidR="007C65F3" w:rsidRPr="005C1A83" w:rsidRDefault="007C65F3" w:rsidP="007C65F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  <w:tr w:rsidR="006B7A71" w:rsidRPr="005C1A83" w14:paraId="4BA90C6A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6C739EB3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Введение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в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металлургическое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производство</w:t>
            </w:r>
            <w:proofErr w:type="spellEnd"/>
          </w:p>
        </w:tc>
        <w:tc>
          <w:tcPr>
            <w:tcW w:w="0" w:type="auto"/>
            <w:vAlign w:val="center"/>
          </w:tcPr>
          <w:p w14:paraId="2A9C3110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45130C5A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Черноусов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П.И.</w:t>
            </w:r>
          </w:p>
        </w:tc>
        <w:tc>
          <w:tcPr>
            <w:tcW w:w="0" w:type="auto"/>
            <w:vAlign w:val="center"/>
          </w:tcPr>
          <w:p w14:paraId="06CDB4DC" w14:textId="0D164C56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1CA01F6F" w14:textId="7DFBB0D3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16:30</w:t>
            </w:r>
          </w:p>
        </w:tc>
        <w:tc>
          <w:tcPr>
            <w:tcW w:w="0" w:type="auto"/>
            <w:vAlign w:val="center"/>
          </w:tcPr>
          <w:p w14:paraId="45E2B20D" w14:textId="2F2D7BD6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24D57690" w14:textId="7EF49C9A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2C3243FC" w14:textId="7F7EC9AA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16:30</w:t>
            </w:r>
          </w:p>
        </w:tc>
        <w:tc>
          <w:tcPr>
            <w:tcW w:w="0" w:type="auto"/>
            <w:vAlign w:val="center"/>
          </w:tcPr>
          <w:p w14:paraId="1F66F3F0" w14:textId="799A17FB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  <w:tr w:rsidR="006B7A71" w:rsidRPr="005C1A83" w14:paraId="5E273084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2F4E0A43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Вторичная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металлургия</w:t>
            </w:r>
            <w:proofErr w:type="spellEnd"/>
          </w:p>
        </w:tc>
        <w:tc>
          <w:tcPr>
            <w:tcW w:w="0" w:type="auto"/>
            <w:vAlign w:val="center"/>
          </w:tcPr>
          <w:p w14:paraId="5FEC7851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ММТ-25-14</w:t>
            </w:r>
          </w:p>
        </w:tc>
        <w:tc>
          <w:tcPr>
            <w:tcW w:w="0" w:type="auto"/>
            <w:vAlign w:val="center"/>
          </w:tcPr>
          <w:p w14:paraId="0DD09C50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Полулях Л.А.</w:t>
            </w:r>
          </w:p>
        </w:tc>
        <w:tc>
          <w:tcPr>
            <w:tcW w:w="0" w:type="auto"/>
            <w:vAlign w:val="center"/>
          </w:tcPr>
          <w:p w14:paraId="17095739" w14:textId="2069D6CB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26.10.2026</w:t>
            </w:r>
          </w:p>
        </w:tc>
        <w:tc>
          <w:tcPr>
            <w:tcW w:w="0" w:type="auto"/>
            <w:vAlign w:val="center"/>
          </w:tcPr>
          <w:p w14:paraId="5C63D4FC" w14:textId="5BD9960E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7CEEB8FC" w14:textId="3CA4AA64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6D3B9BE6" w14:textId="2B8409BD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16.11.2026</w:t>
            </w:r>
          </w:p>
        </w:tc>
        <w:tc>
          <w:tcPr>
            <w:tcW w:w="0" w:type="auto"/>
            <w:vAlign w:val="center"/>
          </w:tcPr>
          <w:p w14:paraId="22D8A63D" w14:textId="52E8683A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6C6E4A59" w14:textId="1429933A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6B7A71" w:rsidRPr="005C1A83" w14:paraId="16C6152D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207D1F48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 xml:space="preserve">Железорудное сырье для производства </w:t>
            </w: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прямовосстановленного</w:t>
            </w:r>
            <w:proofErr w:type="spellEnd"/>
            <w:r w:rsidRPr="005C1A83">
              <w:rPr>
                <w:rFonts w:cs="Times New Roman"/>
                <w:sz w:val="18"/>
                <w:szCs w:val="18"/>
                <w:lang w:val="ru-RU"/>
              </w:rPr>
              <w:t xml:space="preserve"> железа</w:t>
            </w:r>
          </w:p>
        </w:tc>
        <w:tc>
          <w:tcPr>
            <w:tcW w:w="0" w:type="auto"/>
            <w:vAlign w:val="center"/>
          </w:tcPr>
          <w:p w14:paraId="7B25D323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ММТ-25-24-ТТ</w:t>
            </w:r>
          </w:p>
        </w:tc>
        <w:tc>
          <w:tcPr>
            <w:tcW w:w="0" w:type="auto"/>
            <w:vAlign w:val="center"/>
          </w:tcPr>
          <w:p w14:paraId="7521D894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Травянов А.Я.</w:t>
            </w:r>
          </w:p>
        </w:tc>
        <w:tc>
          <w:tcPr>
            <w:tcW w:w="0" w:type="auto"/>
            <w:vAlign w:val="center"/>
          </w:tcPr>
          <w:p w14:paraId="2E7E9124" w14:textId="7FF07651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4892D0CB" w14:textId="20083B4D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14:30</w:t>
            </w:r>
          </w:p>
        </w:tc>
        <w:tc>
          <w:tcPr>
            <w:tcW w:w="0" w:type="auto"/>
            <w:vAlign w:val="center"/>
          </w:tcPr>
          <w:p w14:paraId="4360D6DC" w14:textId="3274B9E5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751F8AF6" w14:textId="430C5C5C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562305CA" w14:textId="50074F83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14:30</w:t>
            </w:r>
          </w:p>
        </w:tc>
        <w:tc>
          <w:tcPr>
            <w:tcW w:w="0" w:type="auto"/>
            <w:vAlign w:val="center"/>
          </w:tcPr>
          <w:p w14:paraId="18A1EB21" w14:textId="19966CD5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</w:tr>
      <w:tr w:rsidR="006B7A71" w:rsidRPr="005C1A83" w14:paraId="077AA884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48271E10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Инженерные расчёты в обогащении минерального сырья и металлургии</w:t>
            </w:r>
          </w:p>
        </w:tc>
        <w:tc>
          <w:tcPr>
            <w:tcW w:w="0" w:type="auto"/>
            <w:vAlign w:val="center"/>
          </w:tcPr>
          <w:p w14:paraId="1FB926ED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ММТ-25-14</w:t>
            </w:r>
          </w:p>
        </w:tc>
        <w:tc>
          <w:tcPr>
            <w:tcW w:w="0" w:type="auto"/>
            <w:vAlign w:val="center"/>
          </w:tcPr>
          <w:p w14:paraId="1D172725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Травянов А.Я.</w:t>
            </w:r>
          </w:p>
        </w:tc>
        <w:tc>
          <w:tcPr>
            <w:tcW w:w="0" w:type="auto"/>
            <w:vAlign w:val="center"/>
          </w:tcPr>
          <w:p w14:paraId="1C457024" w14:textId="00F1C391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</w:rPr>
              <w:t>27</w:t>
            </w:r>
            <w:r w:rsidRPr="005C1A83">
              <w:rPr>
                <w:rFonts w:cs="Times New Roman"/>
                <w:sz w:val="18"/>
                <w:szCs w:val="18"/>
                <w:lang w:val="ru-RU"/>
              </w:rPr>
              <w:t>.10.2026</w:t>
            </w:r>
          </w:p>
        </w:tc>
        <w:tc>
          <w:tcPr>
            <w:tcW w:w="0" w:type="auto"/>
            <w:vAlign w:val="center"/>
          </w:tcPr>
          <w:p w14:paraId="2EEBC34F" w14:textId="14565C35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10:00</w:t>
            </w:r>
          </w:p>
        </w:tc>
        <w:tc>
          <w:tcPr>
            <w:tcW w:w="0" w:type="auto"/>
            <w:vAlign w:val="center"/>
          </w:tcPr>
          <w:p w14:paraId="25B08A50" w14:textId="439D9D85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00B6E606" w14:textId="5A5E367E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17.11.2026</w:t>
            </w:r>
          </w:p>
        </w:tc>
        <w:tc>
          <w:tcPr>
            <w:tcW w:w="0" w:type="auto"/>
            <w:vAlign w:val="center"/>
          </w:tcPr>
          <w:p w14:paraId="03A3282F" w14:textId="5F30ADD0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10:00</w:t>
            </w:r>
          </w:p>
        </w:tc>
        <w:tc>
          <w:tcPr>
            <w:tcW w:w="0" w:type="auto"/>
            <w:vAlign w:val="center"/>
          </w:tcPr>
          <w:p w14:paraId="254948CD" w14:textId="10B0D2A8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6B7A71" w:rsidRPr="005C1A83" w14:paraId="0D1CE4CD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62BA4549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Информационные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технологии</w:t>
            </w:r>
            <w:proofErr w:type="spellEnd"/>
          </w:p>
        </w:tc>
        <w:tc>
          <w:tcPr>
            <w:tcW w:w="0" w:type="auto"/>
            <w:vAlign w:val="center"/>
          </w:tcPr>
          <w:p w14:paraId="1F00E733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00B255AA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Чибизова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С.И.</w:t>
            </w:r>
          </w:p>
        </w:tc>
        <w:tc>
          <w:tcPr>
            <w:tcW w:w="0" w:type="auto"/>
            <w:vAlign w:val="center"/>
          </w:tcPr>
          <w:p w14:paraId="548D0ED5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17.11.2026</w:t>
            </w:r>
          </w:p>
        </w:tc>
        <w:tc>
          <w:tcPr>
            <w:tcW w:w="0" w:type="auto"/>
            <w:vAlign w:val="center"/>
          </w:tcPr>
          <w:p w14:paraId="427EE46F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16:00</w:t>
            </w:r>
          </w:p>
        </w:tc>
        <w:tc>
          <w:tcPr>
            <w:tcW w:w="0" w:type="auto"/>
            <w:vAlign w:val="center"/>
          </w:tcPr>
          <w:p w14:paraId="190E6093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579BB09B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24.11.2026</w:t>
            </w:r>
          </w:p>
        </w:tc>
        <w:tc>
          <w:tcPr>
            <w:tcW w:w="0" w:type="auto"/>
            <w:vAlign w:val="center"/>
          </w:tcPr>
          <w:p w14:paraId="0AD315E9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16:00</w:t>
            </w:r>
          </w:p>
        </w:tc>
        <w:tc>
          <w:tcPr>
            <w:tcW w:w="0" w:type="auto"/>
            <w:vAlign w:val="center"/>
          </w:tcPr>
          <w:p w14:paraId="5EFC38D3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</w:tr>
      <w:tr w:rsidR="006B7A71" w:rsidRPr="005C1A83" w14:paraId="349E80F4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477E526D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Комплексное использование минерального и техногенного сырья благородных металлов</w:t>
            </w:r>
          </w:p>
        </w:tc>
        <w:tc>
          <w:tcPr>
            <w:tcW w:w="0" w:type="auto"/>
            <w:vAlign w:val="center"/>
          </w:tcPr>
          <w:p w14:paraId="542D0427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ММТ-25-14</w:t>
            </w:r>
          </w:p>
        </w:tc>
        <w:tc>
          <w:tcPr>
            <w:tcW w:w="0" w:type="auto"/>
            <w:vAlign w:val="center"/>
          </w:tcPr>
          <w:p w14:paraId="5E051CDD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Травянов А.Я.</w:t>
            </w:r>
          </w:p>
        </w:tc>
        <w:tc>
          <w:tcPr>
            <w:tcW w:w="0" w:type="auto"/>
            <w:vAlign w:val="center"/>
          </w:tcPr>
          <w:p w14:paraId="05313C2E" w14:textId="0A7C68A6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</w:rPr>
              <w:t>27</w:t>
            </w:r>
            <w:r w:rsidRPr="005C1A83">
              <w:rPr>
                <w:rFonts w:cs="Times New Roman"/>
                <w:sz w:val="18"/>
                <w:szCs w:val="18"/>
                <w:lang w:val="ru-RU"/>
              </w:rPr>
              <w:t>.10.2026</w:t>
            </w:r>
          </w:p>
        </w:tc>
        <w:tc>
          <w:tcPr>
            <w:tcW w:w="0" w:type="auto"/>
            <w:vAlign w:val="center"/>
          </w:tcPr>
          <w:p w14:paraId="4CDE67C8" w14:textId="1B9E9AC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0B4050E8" w14:textId="66FA2590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3D6C8150" w14:textId="17FAC82B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17.11.2026</w:t>
            </w:r>
          </w:p>
        </w:tc>
        <w:tc>
          <w:tcPr>
            <w:tcW w:w="0" w:type="auto"/>
            <w:vAlign w:val="center"/>
          </w:tcPr>
          <w:p w14:paraId="06A9BA46" w14:textId="7811E109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385BCB99" w14:textId="257FFD59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6B7A71" w:rsidRPr="005C1A83" w14:paraId="41BC8FAF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3FC5D859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Комплексное использование минерального и техногенного сырья тяжёлых цветных металлов</w:t>
            </w:r>
          </w:p>
        </w:tc>
        <w:tc>
          <w:tcPr>
            <w:tcW w:w="0" w:type="auto"/>
            <w:vAlign w:val="center"/>
          </w:tcPr>
          <w:p w14:paraId="2409A1A8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ММТ-25-14</w:t>
            </w:r>
          </w:p>
        </w:tc>
        <w:tc>
          <w:tcPr>
            <w:tcW w:w="0" w:type="auto"/>
            <w:vAlign w:val="center"/>
          </w:tcPr>
          <w:p w14:paraId="208B5CE9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Торохов Г.В.</w:t>
            </w:r>
          </w:p>
        </w:tc>
        <w:tc>
          <w:tcPr>
            <w:tcW w:w="0" w:type="auto"/>
            <w:vAlign w:val="center"/>
          </w:tcPr>
          <w:p w14:paraId="1D7816EF" w14:textId="3D6CFC88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30.10.2026</w:t>
            </w:r>
          </w:p>
        </w:tc>
        <w:tc>
          <w:tcPr>
            <w:tcW w:w="0" w:type="auto"/>
            <w:vAlign w:val="center"/>
          </w:tcPr>
          <w:p w14:paraId="2314A2D2" w14:textId="52B35A5D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10:00</w:t>
            </w:r>
          </w:p>
        </w:tc>
        <w:tc>
          <w:tcPr>
            <w:tcW w:w="0" w:type="auto"/>
            <w:vAlign w:val="center"/>
          </w:tcPr>
          <w:p w14:paraId="69B71D84" w14:textId="4528A2A1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30F438E1" w14:textId="19419F5D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23.11.2026</w:t>
            </w:r>
          </w:p>
        </w:tc>
        <w:tc>
          <w:tcPr>
            <w:tcW w:w="0" w:type="auto"/>
            <w:vAlign w:val="center"/>
          </w:tcPr>
          <w:p w14:paraId="2436E71B" w14:textId="6F57D3FF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10:00</w:t>
            </w:r>
          </w:p>
        </w:tc>
        <w:tc>
          <w:tcPr>
            <w:tcW w:w="0" w:type="auto"/>
            <w:vAlign w:val="center"/>
          </w:tcPr>
          <w:p w14:paraId="694CC8B4" w14:textId="42F3DEE4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  <w:lang w:val="ru-RU"/>
              </w:rPr>
              <w:t>МТСЛинк</w:t>
            </w:r>
            <w:proofErr w:type="spellEnd"/>
            <w:r w:rsidRPr="005C1A83">
              <w:rPr>
                <w:rFonts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6B7A71" w:rsidRPr="005C1A83" w14:paraId="11C229CF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1F321717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Современные методы металлургии, машиностроения и материаловедения</w:t>
            </w:r>
          </w:p>
        </w:tc>
        <w:tc>
          <w:tcPr>
            <w:tcW w:w="0" w:type="auto"/>
            <w:vAlign w:val="center"/>
          </w:tcPr>
          <w:p w14:paraId="5FAC949C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7ACE1AE8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Полулях Л.А.</w:t>
            </w:r>
          </w:p>
        </w:tc>
        <w:tc>
          <w:tcPr>
            <w:tcW w:w="0" w:type="auto"/>
            <w:vAlign w:val="center"/>
          </w:tcPr>
          <w:p w14:paraId="4FEB283F" w14:textId="36149CD0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11.11.2026</w:t>
            </w:r>
          </w:p>
        </w:tc>
        <w:tc>
          <w:tcPr>
            <w:tcW w:w="0" w:type="auto"/>
            <w:vAlign w:val="center"/>
          </w:tcPr>
          <w:p w14:paraId="0B73DD5E" w14:textId="77944C83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12:00</w:t>
            </w:r>
          </w:p>
        </w:tc>
        <w:tc>
          <w:tcPr>
            <w:tcW w:w="0" w:type="auto"/>
            <w:vAlign w:val="center"/>
          </w:tcPr>
          <w:p w14:paraId="770028E0" w14:textId="5470A388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5C2D0F63" w14:textId="6D5C649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18.11.2026</w:t>
            </w:r>
          </w:p>
        </w:tc>
        <w:tc>
          <w:tcPr>
            <w:tcW w:w="0" w:type="auto"/>
            <w:vAlign w:val="center"/>
          </w:tcPr>
          <w:p w14:paraId="47B4261A" w14:textId="22F11596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16:15</w:t>
            </w:r>
          </w:p>
        </w:tc>
        <w:tc>
          <w:tcPr>
            <w:tcW w:w="0" w:type="auto"/>
            <w:vAlign w:val="center"/>
          </w:tcPr>
          <w:p w14:paraId="652684D1" w14:textId="6F2630B5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  <w:tr w:rsidR="006B7A71" w:rsidRPr="005C1A83" w14:paraId="19EC1ED4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5C47D33D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Теплотехника</w:t>
            </w:r>
            <w:proofErr w:type="spellEnd"/>
          </w:p>
        </w:tc>
        <w:tc>
          <w:tcPr>
            <w:tcW w:w="0" w:type="auto"/>
            <w:vAlign w:val="center"/>
          </w:tcPr>
          <w:p w14:paraId="4A7FABE4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БМТ-23-4-ОТ, БМТ-23-6-ПФ, БМТ-23-6-РТ, БМТ-23-6-ФИ</w:t>
            </w:r>
          </w:p>
        </w:tc>
        <w:tc>
          <w:tcPr>
            <w:tcW w:w="0" w:type="auto"/>
            <w:vAlign w:val="center"/>
          </w:tcPr>
          <w:p w14:paraId="1EF236C7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Чибизова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С.И.</w:t>
            </w:r>
          </w:p>
        </w:tc>
        <w:tc>
          <w:tcPr>
            <w:tcW w:w="0" w:type="auto"/>
            <w:vAlign w:val="center"/>
          </w:tcPr>
          <w:p w14:paraId="4D2C27D0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16.11.2026</w:t>
            </w:r>
          </w:p>
        </w:tc>
        <w:tc>
          <w:tcPr>
            <w:tcW w:w="0" w:type="auto"/>
            <w:vAlign w:val="center"/>
          </w:tcPr>
          <w:p w14:paraId="32004741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12:00</w:t>
            </w:r>
          </w:p>
        </w:tc>
        <w:tc>
          <w:tcPr>
            <w:tcW w:w="0" w:type="auto"/>
            <w:vAlign w:val="center"/>
          </w:tcPr>
          <w:p w14:paraId="4FBA69A5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3D73C166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23.11.2026</w:t>
            </w:r>
          </w:p>
        </w:tc>
        <w:tc>
          <w:tcPr>
            <w:tcW w:w="0" w:type="auto"/>
            <w:vAlign w:val="center"/>
          </w:tcPr>
          <w:p w14:paraId="1CCF3375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12:00</w:t>
            </w:r>
          </w:p>
        </w:tc>
        <w:tc>
          <w:tcPr>
            <w:tcW w:w="0" w:type="auto"/>
            <w:vAlign w:val="center"/>
          </w:tcPr>
          <w:p w14:paraId="53F5DB55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</w:tr>
      <w:tr w:rsidR="006B7A71" w:rsidRPr="005C1A83" w14:paraId="3A0B0FC1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64A5CA40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lastRenderedPageBreak/>
              <w:t>Теплофизика</w:t>
            </w:r>
            <w:proofErr w:type="spellEnd"/>
          </w:p>
        </w:tc>
        <w:tc>
          <w:tcPr>
            <w:tcW w:w="0" w:type="auto"/>
            <w:vAlign w:val="center"/>
          </w:tcPr>
          <w:p w14:paraId="474CF70E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БМТ-24-6-ЛП, БМТ-24-6-ПТ, БМТ-24-6-ФТ, БТМО-24-4-ДПК, БТМО-24-6-ИМ, БТМО-24-6-ИР</w:t>
            </w:r>
          </w:p>
        </w:tc>
        <w:tc>
          <w:tcPr>
            <w:tcW w:w="0" w:type="auto"/>
            <w:vAlign w:val="center"/>
          </w:tcPr>
          <w:p w14:paraId="6EAEACF3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Шатохин К.С.</w:t>
            </w:r>
          </w:p>
        </w:tc>
        <w:tc>
          <w:tcPr>
            <w:tcW w:w="0" w:type="auto"/>
            <w:vAlign w:val="center"/>
          </w:tcPr>
          <w:p w14:paraId="3E2DD074" w14:textId="215561A2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12.11.2026</w:t>
            </w:r>
          </w:p>
        </w:tc>
        <w:tc>
          <w:tcPr>
            <w:tcW w:w="0" w:type="auto"/>
            <w:vAlign w:val="center"/>
          </w:tcPr>
          <w:p w14:paraId="7EA2B473" w14:textId="31EB9808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0C90FCF2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МТС Линк:</w:t>
            </w:r>
          </w:p>
          <w:p w14:paraId="31448D95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hyperlink r:id="rId6" w:history="1">
              <w:r w:rsidRPr="005C1A83">
                <w:rPr>
                  <w:rStyle w:val="aff8"/>
                  <w:rFonts w:cs="Times New Roman"/>
                  <w:sz w:val="18"/>
                  <w:szCs w:val="18"/>
                  <w:lang w:val="ru-RU"/>
                </w:rPr>
                <w:t>https://my.mts-link.ru/j/168364616/24236344015</w:t>
              </w:r>
            </w:hyperlink>
          </w:p>
          <w:p w14:paraId="42F19677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49262248" w14:textId="459786BA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26.11.2026</w:t>
            </w:r>
          </w:p>
        </w:tc>
        <w:tc>
          <w:tcPr>
            <w:tcW w:w="0" w:type="auto"/>
            <w:vAlign w:val="center"/>
          </w:tcPr>
          <w:p w14:paraId="56FDEFD5" w14:textId="2F976514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14:00</w:t>
            </w:r>
          </w:p>
        </w:tc>
        <w:tc>
          <w:tcPr>
            <w:tcW w:w="0" w:type="auto"/>
            <w:vAlign w:val="center"/>
          </w:tcPr>
          <w:p w14:paraId="003F0BC0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МТС Линк:</w:t>
            </w:r>
          </w:p>
          <w:p w14:paraId="0DB27AB4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hyperlink r:id="rId7" w:history="1">
              <w:r w:rsidRPr="005C1A83">
                <w:rPr>
                  <w:rStyle w:val="aff8"/>
                  <w:rFonts w:cs="Times New Roman"/>
                  <w:sz w:val="18"/>
                  <w:szCs w:val="18"/>
                  <w:lang w:val="ru-RU"/>
                </w:rPr>
                <w:t>https://my.mts-link.ru/j/168364616/24236344015</w:t>
              </w:r>
            </w:hyperlink>
          </w:p>
          <w:p w14:paraId="66E6A9C0" w14:textId="7777777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  <w:tr w:rsidR="006B7A71" w:rsidRPr="005C1A83" w14:paraId="1B60142D" w14:textId="77777777" w:rsidTr="005C1A83">
        <w:trPr>
          <w:cantSplit/>
          <w:jc w:val="center"/>
        </w:trPr>
        <w:tc>
          <w:tcPr>
            <w:tcW w:w="0" w:type="auto"/>
            <w:vAlign w:val="center"/>
          </w:tcPr>
          <w:p w14:paraId="6C13D672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5C1A83">
              <w:rPr>
                <w:rFonts w:cs="Times New Roman"/>
                <w:sz w:val="18"/>
                <w:szCs w:val="18"/>
              </w:rPr>
              <w:t>Экология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металлургического</w:t>
            </w:r>
            <w:proofErr w:type="spellEnd"/>
            <w:r w:rsidRPr="005C1A83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5C1A83">
              <w:rPr>
                <w:rFonts w:cs="Times New Roman"/>
                <w:sz w:val="18"/>
                <w:szCs w:val="18"/>
              </w:rPr>
              <w:t>производства</w:t>
            </w:r>
            <w:proofErr w:type="spellEnd"/>
          </w:p>
        </w:tc>
        <w:tc>
          <w:tcPr>
            <w:tcW w:w="0" w:type="auto"/>
            <w:vAlign w:val="center"/>
          </w:tcPr>
          <w:p w14:paraId="5016C681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ММТ-25-8</w:t>
            </w:r>
          </w:p>
        </w:tc>
        <w:tc>
          <w:tcPr>
            <w:tcW w:w="0" w:type="auto"/>
            <w:vAlign w:val="center"/>
          </w:tcPr>
          <w:p w14:paraId="14CA1CB5" w14:textId="77777777" w:rsidR="006B7A71" w:rsidRPr="005C1A83" w:rsidRDefault="006B7A71" w:rsidP="006B7A71">
            <w:pPr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</w:rPr>
              <w:t>Полулях Л.А.</w:t>
            </w:r>
          </w:p>
        </w:tc>
        <w:tc>
          <w:tcPr>
            <w:tcW w:w="0" w:type="auto"/>
            <w:vAlign w:val="center"/>
          </w:tcPr>
          <w:p w14:paraId="28BBF710" w14:textId="645A9FD2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11</w:t>
            </w:r>
            <w:r w:rsidR="00243E5C">
              <w:rPr>
                <w:rFonts w:cs="Times New Roman"/>
                <w:sz w:val="18"/>
                <w:szCs w:val="18"/>
                <w:lang w:val="ru-RU"/>
              </w:rPr>
              <w:t>.11.2026</w:t>
            </w:r>
          </w:p>
        </w:tc>
        <w:tc>
          <w:tcPr>
            <w:tcW w:w="0" w:type="auto"/>
            <w:vAlign w:val="center"/>
          </w:tcPr>
          <w:p w14:paraId="4E01FA34" w14:textId="5553E6AB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12:00</w:t>
            </w:r>
          </w:p>
        </w:tc>
        <w:tc>
          <w:tcPr>
            <w:tcW w:w="0" w:type="auto"/>
            <w:vAlign w:val="center"/>
          </w:tcPr>
          <w:p w14:paraId="3CE86B1E" w14:textId="3AE8A1CF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А-402</w:t>
            </w:r>
          </w:p>
        </w:tc>
        <w:tc>
          <w:tcPr>
            <w:tcW w:w="0" w:type="auto"/>
            <w:vAlign w:val="center"/>
          </w:tcPr>
          <w:p w14:paraId="3B6229A7" w14:textId="4EDBE2D3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18</w:t>
            </w:r>
            <w:r w:rsidR="00243E5C">
              <w:rPr>
                <w:rFonts w:cs="Times New Roman"/>
                <w:sz w:val="18"/>
                <w:szCs w:val="18"/>
                <w:lang w:val="ru-RU"/>
              </w:rPr>
              <w:t>.11.2026</w:t>
            </w:r>
          </w:p>
        </w:tc>
        <w:tc>
          <w:tcPr>
            <w:tcW w:w="0" w:type="auto"/>
            <w:vAlign w:val="center"/>
          </w:tcPr>
          <w:p w14:paraId="3FE4B7A5" w14:textId="1C5C54A4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16:15</w:t>
            </w:r>
          </w:p>
        </w:tc>
        <w:tc>
          <w:tcPr>
            <w:tcW w:w="0" w:type="auto"/>
            <w:vAlign w:val="center"/>
          </w:tcPr>
          <w:p w14:paraId="446615D3" w14:textId="1D27E967" w:rsidR="006B7A71" w:rsidRPr="005C1A83" w:rsidRDefault="006B7A71" w:rsidP="006B7A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C1A83">
              <w:rPr>
                <w:rFonts w:cs="Times New Roman"/>
                <w:sz w:val="18"/>
                <w:szCs w:val="18"/>
                <w:lang w:val="ru-RU"/>
              </w:rPr>
              <w:t>А-428</w:t>
            </w:r>
          </w:p>
        </w:tc>
      </w:tr>
    </w:tbl>
    <w:p w14:paraId="0553884D" w14:textId="26557B75" w:rsidR="005C383E" w:rsidRPr="00735404" w:rsidRDefault="005C383E" w:rsidP="008E33C9">
      <w:pPr>
        <w:spacing w:before="140" w:after="40"/>
        <w:jc w:val="center"/>
        <w:rPr>
          <w:lang w:val="ru-RU"/>
        </w:rPr>
      </w:pPr>
    </w:p>
    <w:sectPr w:rsidR="005C383E" w:rsidRPr="00735404" w:rsidSect="005C1A83">
      <w:pgSz w:w="16838" w:h="11906" w:orient="landscape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E"/>
    <w:multiLevelType w:val="singleLevel"/>
    <w:tmpl w:val="1D0CBDF6"/>
    <w:lvl w:ilvl="0">
      <w:numFmt w:val="bullet"/>
      <w:lvlText w:val="*"/>
      <w:lvlJc w:val="left"/>
    </w:lvl>
  </w:abstractNum>
  <w:num w:numId="1" w16cid:durableId="1904943492">
    <w:abstractNumId w:val="8"/>
  </w:num>
  <w:num w:numId="2" w16cid:durableId="112291380">
    <w:abstractNumId w:val="6"/>
  </w:num>
  <w:num w:numId="3" w16cid:durableId="1533104032">
    <w:abstractNumId w:val="5"/>
  </w:num>
  <w:num w:numId="4" w16cid:durableId="1840347616">
    <w:abstractNumId w:val="4"/>
  </w:num>
  <w:num w:numId="5" w16cid:durableId="685250843">
    <w:abstractNumId w:val="7"/>
  </w:num>
  <w:num w:numId="6" w16cid:durableId="1794473273">
    <w:abstractNumId w:val="3"/>
  </w:num>
  <w:num w:numId="7" w16cid:durableId="1970040626">
    <w:abstractNumId w:val="2"/>
  </w:num>
  <w:num w:numId="8" w16cid:durableId="622267859">
    <w:abstractNumId w:val="1"/>
  </w:num>
  <w:num w:numId="9" w16cid:durableId="2020303274">
    <w:abstractNumId w:val="0"/>
  </w:num>
  <w:num w:numId="10" w16cid:durableId="745885979">
    <w:abstractNumId w:val="9"/>
    <w:lvlOverride w:ilvl="0">
      <w:lvl w:ilvl="0">
        <w:start w:val="65535"/>
        <w:numFmt w:val="bullet"/>
        <w:lvlText w:val="—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448"/>
    <w:rsid w:val="0006063C"/>
    <w:rsid w:val="0015074B"/>
    <w:rsid w:val="00243E5C"/>
    <w:rsid w:val="0029639D"/>
    <w:rsid w:val="00326F90"/>
    <w:rsid w:val="00347981"/>
    <w:rsid w:val="004E28CE"/>
    <w:rsid w:val="004F6035"/>
    <w:rsid w:val="005C1A83"/>
    <w:rsid w:val="005C383E"/>
    <w:rsid w:val="006B7A71"/>
    <w:rsid w:val="00735404"/>
    <w:rsid w:val="007C65F3"/>
    <w:rsid w:val="00852689"/>
    <w:rsid w:val="008E33C9"/>
    <w:rsid w:val="0093758E"/>
    <w:rsid w:val="00AA1D8D"/>
    <w:rsid w:val="00B47730"/>
    <w:rsid w:val="00CB0664"/>
    <w:rsid w:val="00CF26BB"/>
    <w:rsid w:val="00D26120"/>
    <w:rsid w:val="00E43DE1"/>
    <w:rsid w:val="00E65500"/>
    <w:rsid w:val="00E93937"/>
    <w:rsid w:val="00FC693F"/>
    <w:rsid w:val="00FE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FFF50"/>
  <w14:defaultImageDpi w14:val="300"/>
  <w15:docId w15:val="{610F46C0-F73C-FF47-8502-904A7E11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E28CE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E2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.mts-link.ru/j/168364616/242363440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68364616/242363440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Larisa Polulyakh</cp:lastModifiedBy>
  <cp:revision>8</cp:revision>
  <dcterms:created xsi:type="dcterms:W3CDTF">2026-10-21T09:11:00Z</dcterms:created>
  <dcterms:modified xsi:type="dcterms:W3CDTF">2026-10-21T12:54:00Z</dcterms:modified>
  <cp:category/>
</cp:coreProperties>
</file>